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B9A2" w14:textId="77777777" w:rsidR="00C1301C" w:rsidRPr="00907131" w:rsidRDefault="00712BEA">
      <w:pPr>
        <w:jc w:val="center"/>
        <w:rPr>
          <w:rFonts w:ascii="Book Antiqua" w:hAnsi="Book Antiqua"/>
        </w:rPr>
      </w:pPr>
      <w:r w:rsidRPr="00907131">
        <w:rPr>
          <w:rFonts w:ascii="Book Antiqua" w:hAnsi="Book Antiqua"/>
          <w:b/>
          <w:sz w:val="32"/>
        </w:rPr>
        <w:t>EASTERN UNIVERSITY, SRI LANKA</w:t>
      </w:r>
    </w:p>
    <w:p w14:paraId="050F46EF" w14:textId="77777777" w:rsidR="00C1301C" w:rsidRPr="00907131" w:rsidRDefault="00712BEA">
      <w:pPr>
        <w:jc w:val="center"/>
        <w:rPr>
          <w:rFonts w:ascii="Book Antiqua" w:hAnsi="Book Antiqua"/>
        </w:rPr>
      </w:pPr>
      <w:r w:rsidRPr="00907131">
        <w:rPr>
          <w:rFonts w:ascii="Book Antiqua" w:hAnsi="Book Antiqua"/>
          <w:b/>
          <w:sz w:val="28"/>
        </w:rPr>
        <w:t>APPLICATION FOR REGISTRATION</w:t>
      </w:r>
    </w:p>
    <w:p w14:paraId="3620F273" w14:textId="77777777" w:rsidR="00C1301C" w:rsidRDefault="00712BEA">
      <w:pPr>
        <w:jc w:val="center"/>
        <w:rPr>
          <w:rFonts w:ascii="Book Antiqua" w:hAnsi="Book Antiqua"/>
          <w:b/>
          <w:sz w:val="26"/>
        </w:rPr>
      </w:pPr>
      <w:r w:rsidRPr="00907131">
        <w:rPr>
          <w:rFonts w:ascii="Book Antiqua" w:hAnsi="Book Antiqua"/>
          <w:b/>
          <w:sz w:val="26"/>
        </w:rPr>
        <w:t>MPhil / PhD DEGREE PROGRAMME</w:t>
      </w:r>
    </w:p>
    <w:p w14:paraId="29020563" w14:textId="77777777" w:rsidR="00907131" w:rsidRPr="00907131" w:rsidRDefault="00907131">
      <w:pPr>
        <w:jc w:val="center"/>
        <w:rPr>
          <w:rFonts w:ascii="Book Antiqua" w:hAnsi="Book Antiqua"/>
        </w:rPr>
      </w:pPr>
    </w:p>
    <w:p w14:paraId="4D95781D" w14:textId="77777777" w:rsidR="00C1301C" w:rsidRPr="00907131" w:rsidRDefault="00712BEA">
      <w:pPr>
        <w:jc w:val="right"/>
        <w:rPr>
          <w:rFonts w:ascii="Book Antiqua" w:hAnsi="Book Antiqua"/>
        </w:rPr>
      </w:pPr>
      <w:r w:rsidRPr="00907131">
        <w:rPr>
          <w:rFonts w:ascii="Book Antiqua" w:hAnsi="Book Antiqua"/>
        </w:rPr>
        <w:t>Application No.:</w:t>
      </w:r>
      <w:r w:rsidRPr="00907131">
        <w:rPr>
          <w:rFonts w:ascii="Book Antiqua" w:hAnsi="Book Antiqua"/>
          <w:b/>
        </w:rPr>
        <w:t xml:space="preserve"> __________________________</w:t>
      </w:r>
    </w:p>
    <w:p w14:paraId="7A2DBF82" w14:textId="77777777" w:rsidR="00C1301C" w:rsidRPr="00907131" w:rsidRDefault="00712BEA" w:rsidP="00C96D51">
      <w:pPr>
        <w:ind w:left="5040" w:firstLine="720"/>
        <w:jc w:val="center"/>
        <w:rPr>
          <w:rFonts w:ascii="Book Antiqua" w:hAnsi="Book Antiqua"/>
        </w:rPr>
      </w:pPr>
      <w:r w:rsidRPr="00907131">
        <w:rPr>
          <w:rFonts w:ascii="Book Antiqua" w:hAnsi="Book Antiqua"/>
        </w:rPr>
        <w:t>Date of Application:</w:t>
      </w:r>
      <w:r w:rsidRPr="00907131">
        <w:rPr>
          <w:rFonts w:ascii="Book Antiqua" w:hAnsi="Book Antiqua"/>
          <w:b/>
        </w:rPr>
        <w:t xml:space="preserve"> ______________________</w:t>
      </w:r>
    </w:p>
    <w:p w14:paraId="4818C94D" w14:textId="77777777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SECTION 1 – PERSONAL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99"/>
        <w:gridCol w:w="5723"/>
      </w:tblGrid>
      <w:tr w:rsidR="00C1301C" w:rsidRPr="00907131" w14:paraId="754F9475" w14:textId="77777777" w:rsidTr="00F00D25">
        <w:trPr>
          <w:trHeight w:val="874"/>
          <w:jc w:val="center"/>
        </w:trPr>
        <w:tc>
          <w:tcPr>
            <w:tcW w:w="4499" w:type="dxa"/>
            <w:vAlign w:val="center"/>
          </w:tcPr>
          <w:p w14:paraId="79EF582D" w14:textId="33BD1080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1. </w:t>
            </w:r>
            <w:r w:rsidR="007E0938">
              <w:rPr>
                <w:rFonts w:ascii="Book Antiqua" w:hAnsi="Book Antiqua"/>
                <w:sz w:val="24"/>
              </w:rPr>
              <w:t>Name with initials</w:t>
            </w:r>
            <w:r w:rsidRPr="00907131">
              <w:rPr>
                <w:rFonts w:ascii="Book Antiqua" w:hAnsi="Book Antiqua"/>
                <w:sz w:val="24"/>
              </w:rPr>
              <w:t>:</w:t>
            </w:r>
          </w:p>
        </w:tc>
        <w:tc>
          <w:tcPr>
            <w:tcW w:w="5723" w:type="dxa"/>
            <w:vAlign w:val="center"/>
          </w:tcPr>
          <w:p w14:paraId="6E16A1F1" w14:textId="77777777" w:rsidR="00C1301C" w:rsidRPr="00907131" w:rsidRDefault="00F00D25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0E4D9F5C" wp14:editId="52E75853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19050</wp:posOffset>
                      </wp:positionV>
                      <wp:extent cx="3448050" cy="457200"/>
                      <wp:effectExtent l="0" t="0" r="19050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4FD8ED" w14:textId="77777777" w:rsidR="00F00D25" w:rsidRDefault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4D9F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.95pt;margin-top:1.5pt;width:271.5pt;height:3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" fillcolor="white [3201]" strokeweight=".5pt">
                      <v:textbox>
                        <w:txbxContent>
                          <w:p w14:paraId="424FD8ED" w14:textId="77777777" w:rsidR="00F00D25" w:rsidRDefault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301C" w:rsidRPr="00907131" w14:paraId="43F40219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08FF3ABA" w14:textId="7D7C33F0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2. </w:t>
            </w:r>
            <w:r w:rsidR="007E0938">
              <w:rPr>
                <w:rFonts w:ascii="Book Antiqua" w:hAnsi="Book Antiqua"/>
                <w:sz w:val="24"/>
              </w:rPr>
              <w:t>Full</w:t>
            </w:r>
            <w:r w:rsidRPr="00907131">
              <w:rPr>
                <w:rFonts w:ascii="Book Antiqua" w:hAnsi="Book Antiqua"/>
                <w:sz w:val="24"/>
              </w:rPr>
              <w:t xml:space="preserve"> </w:t>
            </w:r>
            <w:r w:rsidR="007E0938">
              <w:rPr>
                <w:rFonts w:ascii="Book Antiqua" w:hAnsi="Book Antiqua"/>
                <w:sz w:val="24"/>
              </w:rPr>
              <w:t>n</w:t>
            </w:r>
            <w:r w:rsidRPr="00907131">
              <w:rPr>
                <w:rFonts w:ascii="Book Antiqua" w:hAnsi="Book Antiqua"/>
                <w:sz w:val="24"/>
              </w:rPr>
              <w:t>am</w:t>
            </w:r>
            <w:r w:rsidR="007E0938">
              <w:rPr>
                <w:rFonts w:ascii="Book Antiqua" w:hAnsi="Book Antiqua"/>
                <w:sz w:val="24"/>
              </w:rPr>
              <w:t>e</w:t>
            </w:r>
            <w:r w:rsidRPr="00907131">
              <w:rPr>
                <w:rFonts w:ascii="Book Antiqua" w:hAnsi="Book Antiqua"/>
                <w:sz w:val="24"/>
              </w:rPr>
              <w:t>:</w:t>
            </w:r>
          </w:p>
        </w:tc>
        <w:tc>
          <w:tcPr>
            <w:tcW w:w="5723" w:type="dxa"/>
            <w:vAlign w:val="center"/>
          </w:tcPr>
          <w:p w14:paraId="427CAC8A" w14:textId="77777777" w:rsidR="00C1301C" w:rsidRPr="00907131" w:rsidRDefault="00F00D25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9AB4C36" wp14:editId="4B9793F9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2540</wp:posOffset>
                      </wp:positionV>
                      <wp:extent cx="3448050" cy="4572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B395A1" w14:textId="77777777" w:rsidR="00F00D25" w:rsidRDefault="00F00D25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B4C36" id="Text Box 2" o:spid="_x0000_s1027" type="#_x0000_t202" style="position:absolute;margin-left:1.95pt;margin-top:.2pt;width:271.5pt;height:3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" fillcolor="white [3201]" strokeweight=".5pt">
                      <v:textbox>
                        <w:txbxContent>
                          <w:p w14:paraId="53B395A1" w14:textId="77777777" w:rsidR="00F00D25" w:rsidRDefault="00F00D25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0D25" w:rsidRPr="00907131" w14:paraId="6CD30265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03015C5E" w14:textId="77777777" w:rsidR="00F00D25" w:rsidRPr="00907131" w:rsidRDefault="00F00D25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3. Date of Birth:</w:t>
            </w:r>
          </w:p>
        </w:tc>
        <w:tc>
          <w:tcPr>
            <w:tcW w:w="5723" w:type="dxa"/>
            <w:vAlign w:val="center"/>
          </w:tcPr>
          <w:p w14:paraId="6641291C" w14:textId="77777777" w:rsidR="00F00D25" w:rsidRPr="00907131" w:rsidRDefault="00F00D25">
            <w:pPr>
              <w:spacing w:after="0"/>
              <w:rPr>
                <w:rFonts w:ascii="Book Antiqua" w:hAnsi="Book Antiqua"/>
                <w:sz w:val="20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49AB4C36" wp14:editId="4B9793F9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2540</wp:posOffset>
                      </wp:positionV>
                      <wp:extent cx="2047875" cy="457200"/>
                      <wp:effectExtent l="0" t="0" r="28575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787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4966D5" w14:textId="77777777" w:rsidR="00F00D25" w:rsidRDefault="00F00D25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B4C36" id="Text Box 3" o:spid="_x0000_s1028" type="#_x0000_t202" style="position:absolute;margin-left:1.95pt;margin-top:.2pt;width:161.25pt;height:3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0RSOgIAAIM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" fillcolor="white [3201]" strokeweight=".5pt">
                      <v:textbox>
                        <w:txbxContent>
                          <w:p w14:paraId="6B4966D5" w14:textId="77777777" w:rsidR="00F00D25" w:rsidRDefault="00F00D25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0D25" w:rsidRPr="00907131" w14:paraId="47ABD414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760FCAC2" w14:textId="79CD7257" w:rsidR="00F00D25" w:rsidRPr="00907131" w:rsidRDefault="00F00D25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4. Age</w:t>
            </w:r>
            <w:r w:rsidR="007E0938">
              <w:rPr>
                <w:rFonts w:ascii="Book Antiqua" w:hAnsi="Book Antiqua"/>
                <w:sz w:val="24"/>
              </w:rPr>
              <w:t>:</w:t>
            </w:r>
          </w:p>
        </w:tc>
        <w:tc>
          <w:tcPr>
            <w:tcW w:w="5723" w:type="dxa"/>
            <w:vAlign w:val="center"/>
          </w:tcPr>
          <w:p w14:paraId="56E26E3C" w14:textId="77777777" w:rsidR="00F00D25" w:rsidRPr="00907131" w:rsidRDefault="00F00D25">
            <w:pPr>
              <w:spacing w:after="0"/>
              <w:rPr>
                <w:rFonts w:ascii="Book Antiqua" w:hAnsi="Book Antiqua"/>
                <w:sz w:val="20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9AB4C36" wp14:editId="4B9793F9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2540</wp:posOffset>
                      </wp:positionV>
                      <wp:extent cx="2047875" cy="45720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787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317BB5" w14:textId="77777777" w:rsidR="00F00D25" w:rsidRDefault="00F00D25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B4C36" id="Text Box 4" o:spid="_x0000_s1029" type="#_x0000_t202" style="position:absolute;margin-left:1.95pt;margin-top:.2pt;width:161.25pt;height:3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uHOwIAAIM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" fillcolor="white [3201]" strokeweight=".5pt">
                      <v:textbox>
                        <w:txbxContent>
                          <w:p w14:paraId="2C317BB5" w14:textId="77777777" w:rsidR="00F00D25" w:rsidRDefault="00F00D25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322B8939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25F3ECC4" w14:textId="35C9BE91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5</w:t>
            </w:r>
            <w:r w:rsidRPr="00907131">
              <w:rPr>
                <w:rFonts w:ascii="Book Antiqua" w:hAnsi="Book Antiqua"/>
                <w:sz w:val="24"/>
              </w:rPr>
              <w:t xml:space="preserve">. </w:t>
            </w:r>
            <w:r>
              <w:rPr>
                <w:rFonts w:ascii="Book Antiqua" w:hAnsi="Book Antiqua"/>
                <w:sz w:val="24"/>
              </w:rPr>
              <w:t>Gender:</w:t>
            </w:r>
          </w:p>
        </w:tc>
        <w:tc>
          <w:tcPr>
            <w:tcW w:w="5723" w:type="dxa"/>
            <w:vAlign w:val="center"/>
          </w:tcPr>
          <w:p w14:paraId="19CEEB74" w14:textId="2FE91461" w:rsidR="00180810" w:rsidRPr="00907131" w:rsidRDefault="00180810" w:rsidP="00180810">
            <w:pPr>
              <w:spacing w:after="0"/>
              <w:rPr>
                <w:rFonts w:ascii="Book Antiqua" w:hAnsi="Book Antiqua"/>
                <w:sz w:val="20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BBFA103" wp14:editId="2190A66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2540</wp:posOffset>
                      </wp:positionV>
                      <wp:extent cx="2066925" cy="457200"/>
                      <wp:effectExtent l="0" t="0" r="28575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69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55EB37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FA103" id="Text Box 6" o:spid="_x0000_s1030" type="#_x0000_t202" style="position:absolute;margin-left:1.95pt;margin-top:.2pt;width:162.75pt;height:3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" fillcolor="white [3201]" strokeweight=".5pt">
                      <v:textbox>
                        <w:txbxContent>
                          <w:p w14:paraId="7455EB37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55561A72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4B3C1F81" w14:textId="3B21CCD6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6</w:t>
            </w:r>
            <w:r w:rsidRPr="00907131">
              <w:rPr>
                <w:rFonts w:ascii="Book Antiqua" w:hAnsi="Book Antiqua"/>
                <w:sz w:val="24"/>
              </w:rPr>
              <w:t>(a). Permanent Address:</w:t>
            </w:r>
          </w:p>
        </w:tc>
        <w:tc>
          <w:tcPr>
            <w:tcW w:w="5723" w:type="dxa"/>
            <w:vAlign w:val="center"/>
          </w:tcPr>
          <w:p w14:paraId="5C9182DC" w14:textId="7FDC4763" w:rsidR="00180810" w:rsidRPr="00907131" w:rsidRDefault="00180810" w:rsidP="00180810">
            <w:pPr>
              <w:spacing w:after="0"/>
              <w:rPr>
                <w:rFonts w:ascii="Book Antiqua" w:hAnsi="Book Antiqua"/>
                <w:sz w:val="20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0AB94E1" wp14:editId="117B5595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38100</wp:posOffset>
                      </wp:positionV>
                      <wp:extent cx="3448050" cy="457200"/>
                      <wp:effectExtent l="0" t="0" r="1905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80DF3C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B94E1" id="Text Box 7" o:spid="_x0000_s1031" type="#_x0000_t202" style="position:absolute;margin-left:1.95pt;margin-top:3pt;width:271.5pt;height:3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" fillcolor="white [3201]" strokeweight=".5pt">
                      <v:textbox>
                        <w:txbxContent>
                          <w:p w14:paraId="2F80DF3C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16323627" w14:textId="77777777" w:rsidTr="00F00D25">
        <w:trPr>
          <w:trHeight w:val="874"/>
          <w:jc w:val="center"/>
        </w:trPr>
        <w:tc>
          <w:tcPr>
            <w:tcW w:w="4499" w:type="dxa"/>
            <w:vAlign w:val="center"/>
          </w:tcPr>
          <w:p w14:paraId="438EE070" w14:textId="77777777" w:rsidR="00180810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 (b). Telephone Number:</w:t>
            </w:r>
          </w:p>
          <w:p w14:paraId="63417029" w14:textId="5B450213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 xml:space="preserve">        (working number)</w:t>
            </w:r>
          </w:p>
        </w:tc>
        <w:tc>
          <w:tcPr>
            <w:tcW w:w="5723" w:type="dxa"/>
            <w:vAlign w:val="center"/>
          </w:tcPr>
          <w:p w14:paraId="6078D28C" w14:textId="5DFADF05" w:rsidR="00180810" w:rsidRPr="00907131" w:rsidRDefault="00180810" w:rsidP="00180810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C4AAF29" wp14:editId="582EAAC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19050</wp:posOffset>
                      </wp:positionV>
                      <wp:extent cx="3448050" cy="457200"/>
                      <wp:effectExtent l="0" t="0" r="19050" b="1905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80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6D877F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AAF29" id="Text Box 8" o:spid="_x0000_s1032" type="#_x0000_t202" style="position:absolute;margin-left:1.95pt;margin-top:1.5pt;width:271.5pt;height:3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" fillcolor="white [3201]" strokeweight=".5pt">
                      <v:textbox>
                        <w:txbxContent>
                          <w:p w14:paraId="016D877F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26FABC90" w14:textId="77777777" w:rsidTr="00F00D25">
        <w:trPr>
          <w:trHeight w:val="874"/>
          <w:jc w:val="center"/>
        </w:trPr>
        <w:tc>
          <w:tcPr>
            <w:tcW w:w="4499" w:type="dxa"/>
            <w:vAlign w:val="center"/>
          </w:tcPr>
          <w:p w14:paraId="1F544239" w14:textId="3D0E5B6C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 (</w:t>
            </w:r>
            <w:r>
              <w:rPr>
                <w:rFonts w:ascii="Book Antiqua" w:hAnsi="Book Antiqua"/>
                <w:sz w:val="24"/>
              </w:rPr>
              <w:t>c</w:t>
            </w:r>
            <w:r w:rsidRPr="00907131">
              <w:rPr>
                <w:rFonts w:ascii="Book Antiqua" w:hAnsi="Book Antiqua"/>
                <w:sz w:val="24"/>
              </w:rPr>
              <w:t>). E-mail Address:</w:t>
            </w:r>
          </w:p>
        </w:tc>
        <w:tc>
          <w:tcPr>
            <w:tcW w:w="5723" w:type="dxa"/>
            <w:vAlign w:val="center"/>
          </w:tcPr>
          <w:p w14:paraId="7E7D4631" w14:textId="04C3EE39" w:rsidR="00180810" w:rsidRPr="00907131" w:rsidRDefault="00180810" w:rsidP="00180810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6B96BB13" wp14:editId="1093B4DA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-1270</wp:posOffset>
                      </wp:positionV>
                      <wp:extent cx="3057525" cy="457200"/>
                      <wp:effectExtent l="0" t="0" r="28575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DF9FAC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6BB13" id="Text Box 10" o:spid="_x0000_s1033" type="#_x0000_t202" style="position:absolute;margin-left:2.25pt;margin-top:-.1pt;width:240.75pt;height:3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ozOwIAAIM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" fillcolor="white [3201]" strokeweight=".5pt">
                      <v:textbox>
                        <w:txbxContent>
                          <w:p w14:paraId="2FDF9FAC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114DD1F7" w14:textId="77777777" w:rsidTr="00F00D25">
        <w:trPr>
          <w:trHeight w:val="874"/>
          <w:jc w:val="center"/>
        </w:trPr>
        <w:tc>
          <w:tcPr>
            <w:tcW w:w="4499" w:type="dxa"/>
            <w:vAlign w:val="center"/>
          </w:tcPr>
          <w:p w14:paraId="7C20B667" w14:textId="55E1ECA2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7</w:t>
            </w:r>
            <w:r w:rsidRPr="00907131">
              <w:rPr>
                <w:rFonts w:ascii="Book Antiqua" w:hAnsi="Book Antiqua"/>
                <w:sz w:val="24"/>
              </w:rPr>
              <w:t>. Citizenship:</w:t>
            </w:r>
          </w:p>
        </w:tc>
        <w:tc>
          <w:tcPr>
            <w:tcW w:w="5723" w:type="dxa"/>
            <w:vAlign w:val="center"/>
          </w:tcPr>
          <w:p w14:paraId="0E02824F" w14:textId="287E175A" w:rsidR="00180810" w:rsidRPr="00907131" w:rsidRDefault="00180810" w:rsidP="00180810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8529584" wp14:editId="633E96CF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-5080</wp:posOffset>
                      </wp:positionV>
                      <wp:extent cx="3057525" cy="457200"/>
                      <wp:effectExtent l="0" t="0" r="28575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04E784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29584" id="Text Box 11" o:spid="_x0000_s1034" type="#_x0000_t202" style="position:absolute;margin-left:2.25pt;margin-top:-.4pt;width:240.75pt;height:3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" fillcolor="white [3201]" strokeweight=".5pt">
                      <v:textbox>
                        <w:txbxContent>
                          <w:p w14:paraId="6704E784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0810" w:rsidRPr="00907131" w14:paraId="19E5DDDE" w14:textId="77777777" w:rsidTr="00F00D25">
        <w:trPr>
          <w:trHeight w:val="900"/>
          <w:jc w:val="center"/>
        </w:trPr>
        <w:tc>
          <w:tcPr>
            <w:tcW w:w="4499" w:type="dxa"/>
            <w:vAlign w:val="center"/>
          </w:tcPr>
          <w:p w14:paraId="717CAC39" w14:textId="47A3683D" w:rsidR="00180810" w:rsidRPr="00907131" w:rsidRDefault="00180810" w:rsidP="00180810">
            <w:pPr>
              <w:spacing w:after="0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8</w:t>
            </w:r>
            <w:r w:rsidRPr="00907131">
              <w:rPr>
                <w:rFonts w:ascii="Book Antiqua" w:hAnsi="Book Antiqua"/>
                <w:sz w:val="24"/>
              </w:rPr>
              <w:t>. National Identity Card (NIC)</w:t>
            </w:r>
            <w:r>
              <w:rPr>
                <w:rFonts w:ascii="Book Antiqua" w:hAnsi="Book Antiqua"/>
                <w:sz w:val="24"/>
              </w:rPr>
              <w:t xml:space="preserve">/ Passport </w:t>
            </w:r>
            <w:r w:rsidRPr="00907131">
              <w:rPr>
                <w:rFonts w:ascii="Book Antiqua" w:hAnsi="Book Antiqua"/>
                <w:sz w:val="24"/>
              </w:rPr>
              <w:t>Number:</w:t>
            </w:r>
          </w:p>
        </w:tc>
        <w:tc>
          <w:tcPr>
            <w:tcW w:w="5723" w:type="dxa"/>
            <w:vAlign w:val="center"/>
          </w:tcPr>
          <w:p w14:paraId="56E7E916" w14:textId="7B08ED91" w:rsidR="00180810" w:rsidRPr="00907131" w:rsidRDefault="00180810" w:rsidP="00180810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08EC8A4" wp14:editId="20B403E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-5080</wp:posOffset>
                      </wp:positionV>
                      <wp:extent cx="3057525" cy="457200"/>
                      <wp:effectExtent l="0" t="0" r="28575" b="190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EB8F72" w14:textId="77777777" w:rsidR="00180810" w:rsidRDefault="00180810" w:rsidP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EC8A4" id="Text Box 12" o:spid="_x0000_s1035" type="#_x0000_t202" style="position:absolute;margin-left:2.25pt;margin-top:-.4pt;width:240.75pt;height:3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" fillcolor="white [3201]" strokeweight=".5pt">
                      <v:textbox>
                        <w:txbxContent>
                          <w:p w14:paraId="08EB8F72" w14:textId="77777777" w:rsidR="00180810" w:rsidRDefault="00180810" w:rsidP="00F00D2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301C" w:rsidRPr="00907131" w14:paraId="4D672D43" w14:textId="77777777" w:rsidTr="00F00D25">
        <w:trPr>
          <w:trHeight w:val="874"/>
          <w:jc w:val="center"/>
        </w:trPr>
        <w:tc>
          <w:tcPr>
            <w:tcW w:w="4499" w:type="dxa"/>
            <w:vAlign w:val="center"/>
          </w:tcPr>
          <w:p w14:paraId="227D3E34" w14:textId="42428EFB" w:rsidR="00C1301C" w:rsidRPr="00907131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  <w:tc>
          <w:tcPr>
            <w:tcW w:w="5723" w:type="dxa"/>
            <w:vAlign w:val="center"/>
          </w:tcPr>
          <w:p w14:paraId="39C81F57" w14:textId="4368DEDE" w:rsidR="00C1301C" w:rsidRPr="00907131" w:rsidRDefault="00C1301C">
            <w:pPr>
              <w:spacing w:after="0"/>
              <w:rPr>
                <w:rFonts w:ascii="Book Antiqua" w:hAnsi="Book Antiqua"/>
              </w:rPr>
            </w:pPr>
          </w:p>
        </w:tc>
      </w:tr>
      <w:tr w:rsidR="00C1301C" w:rsidRPr="00907131" w14:paraId="23508E48" w14:textId="77777777" w:rsidTr="00180810">
        <w:trPr>
          <w:trHeight w:val="954"/>
          <w:jc w:val="center"/>
        </w:trPr>
        <w:tc>
          <w:tcPr>
            <w:tcW w:w="4499" w:type="dxa"/>
            <w:vAlign w:val="center"/>
          </w:tcPr>
          <w:p w14:paraId="0A404952" w14:textId="7888631C" w:rsidR="00C1301C" w:rsidRPr="00907131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  <w:tc>
          <w:tcPr>
            <w:tcW w:w="5723" w:type="dxa"/>
            <w:vAlign w:val="center"/>
          </w:tcPr>
          <w:p w14:paraId="5F498A6E" w14:textId="5FEBEA4D" w:rsidR="00C1301C" w:rsidRPr="00907131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646F1E58" w14:textId="77777777" w:rsidR="00C1301C" w:rsidRPr="00907131" w:rsidRDefault="00712BEA">
      <w:pPr>
        <w:spacing w:before="160" w:after="80"/>
        <w:rPr>
          <w:rFonts w:ascii="Book Antiqua" w:hAnsi="Book Antiqua"/>
          <w:b/>
          <w:sz w:val="24"/>
        </w:rPr>
      </w:pPr>
      <w:r w:rsidRPr="00907131">
        <w:rPr>
          <w:rFonts w:ascii="Book Antiqua" w:hAnsi="Book Antiqua"/>
          <w:b/>
          <w:sz w:val="24"/>
        </w:rPr>
        <w:lastRenderedPageBreak/>
        <w:t>SECTION 2 – PROGRAMME DETAILS</w:t>
      </w:r>
    </w:p>
    <w:p w14:paraId="15EC0D08" w14:textId="77777777" w:rsidR="00367ED7" w:rsidRPr="00907131" w:rsidRDefault="00367ED7">
      <w:pPr>
        <w:spacing w:before="160" w:after="80"/>
        <w:rPr>
          <w:rFonts w:ascii="Book Antiqua" w:hAnsi="Book Antiqua"/>
          <w:sz w:val="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C1301C" w:rsidRPr="00907131" w14:paraId="55D7799A" w14:textId="77777777" w:rsidTr="00367ED7">
        <w:trPr>
          <w:trHeight w:val="594"/>
          <w:jc w:val="center"/>
        </w:trPr>
        <w:tc>
          <w:tcPr>
            <w:tcW w:w="5112" w:type="dxa"/>
            <w:vAlign w:val="center"/>
          </w:tcPr>
          <w:p w14:paraId="1BBCB770" w14:textId="77777777" w:rsidR="00C1301C" w:rsidRPr="00907131" w:rsidRDefault="00712BEA" w:rsidP="00F00D25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907131">
              <w:rPr>
                <w:rFonts w:ascii="Book Antiqua" w:hAnsi="Book Antiqua"/>
                <w:sz w:val="24"/>
                <w:szCs w:val="24"/>
              </w:rPr>
              <w:t>1. Degree Applied For:</w:t>
            </w:r>
          </w:p>
          <w:p w14:paraId="31D5FAC3" w14:textId="77777777" w:rsidR="00F00D25" w:rsidRPr="00907131" w:rsidRDefault="00F00D25" w:rsidP="00F00D25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112" w:type="dxa"/>
          </w:tcPr>
          <w:p w14:paraId="7901D1B8" w14:textId="77777777" w:rsidR="00C1301C" w:rsidRPr="00907131" w:rsidRDefault="00367ED7" w:rsidP="00F00D25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344212" wp14:editId="3FD75ED1">
                      <wp:simplePos x="0" y="0"/>
                      <wp:positionH relativeFrom="column">
                        <wp:posOffset>-30481</wp:posOffset>
                      </wp:positionH>
                      <wp:positionV relativeFrom="paragraph">
                        <wp:posOffset>334645</wp:posOffset>
                      </wp:positionV>
                      <wp:extent cx="3152775" cy="323850"/>
                      <wp:effectExtent l="0" t="0" r="28575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3800B8" w14:textId="77777777" w:rsidR="00F00D25" w:rsidRDefault="00F00D2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44212" id="Text Box 13" o:spid="_x0000_s1036" type="#_x0000_t202" style="position:absolute;margin-left:-2.4pt;margin-top:26.35pt;width:248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" fillcolor="white [3201]" strokeweight=".5pt">
                      <v:textbox>
                        <w:txbxContent>
                          <w:p w14:paraId="333800B8" w14:textId="77777777" w:rsidR="00F00D25" w:rsidRDefault="00F00D25"/>
                        </w:txbxContent>
                      </v:textbox>
                    </v:shape>
                  </w:pict>
                </mc:Fallback>
              </mc:AlternateContent>
            </w:r>
            <w:r w:rsidR="00F00D25" w:rsidRPr="0090713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00D25" w:rsidRPr="00907131">
              <w:rPr>
                <w:rFonts w:ascii="Book Antiqua" w:hAnsi="Book Antiqua"/>
                <w:sz w:val="24"/>
                <w:szCs w:val="24"/>
              </w:rPr>
              <w:t xml:space="preserve"> MPhil      </w:t>
            </w:r>
            <w:r w:rsidR="00F00D25" w:rsidRPr="00907131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00D25" w:rsidRPr="00907131">
              <w:rPr>
                <w:rFonts w:ascii="Book Antiqua" w:hAnsi="Book Antiqua"/>
                <w:sz w:val="24"/>
                <w:szCs w:val="24"/>
              </w:rPr>
              <w:t xml:space="preserve"> PhD</w:t>
            </w:r>
          </w:p>
        </w:tc>
      </w:tr>
      <w:tr w:rsidR="00C1301C" w:rsidRPr="00907131" w14:paraId="5A8CA2F6" w14:textId="77777777">
        <w:trPr>
          <w:jc w:val="center"/>
        </w:trPr>
        <w:tc>
          <w:tcPr>
            <w:tcW w:w="5112" w:type="dxa"/>
            <w:vAlign w:val="center"/>
          </w:tcPr>
          <w:p w14:paraId="4660E93A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2. Subject / Field of Study:</w:t>
            </w:r>
          </w:p>
          <w:p w14:paraId="0EE03F93" w14:textId="77777777" w:rsidR="00F00D25" w:rsidRPr="00907131" w:rsidRDefault="00F00D25">
            <w:pPr>
              <w:spacing w:after="0"/>
              <w:rPr>
                <w:rFonts w:ascii="Book Antiqua" w:hAnsi="Book Antiqua"/>
              </w:rPr>
            </w:pPr>
          </w:p>
        </w:tc>
        <w:tc>
          <w:tcPr>
            <w:tcW w:w="5112" w:type="dxa"/>
            <w:vAlign w:val="center"/>
          </w:tcPr>
          <w:p w14:paraId="4BF39449" w14:textId="77777777" w:rsidR="00C1301C" w:rsidRPr="00907131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2B91FF0B" w14:textId="77777777" w:rsidR="00C1301C" w:rsidRDefault="00712BEA" w:rsidP="008E7435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If the proposed field of study is not directly related to the applicant’s previous specialization, provide a justification:</w:t>
      </w:r>
    </w:p>
    <w:p w14:paraId="33F553ED" w14:textId="77777777" w:rsidR="00421350" w:rsidRPr="00907131" w:rsidRDefault="00421350" w:rsidP="00421350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41795BE7" w14:textId="7DBE1C27" w:rsidR="007E0938" w:rsidRPr="00421350" w:rsidRDefault="00421350" w:rsidP="00421350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6B645F56" w14:textId="77777777" w:rsidR="007E0938" w:rsidRPr="00421350" w:rsidRDefault="007E0938">
      <w:pPr>
        <w:rPr>
          <w:rFonts w:ascii="Book Antiqua" w:hAnsi="Book Antiqua"/>
          <w:sz w:val="6"/>
          <w:szCs w:val="4"/>
        </w:rPr>
      </w:pPr>
    </w:p>
    <w:p w14:paraId="1AF20B29" w14:textId="77777777" w:rsidR="00C1301C" w:rsidRPr="003915B3" w:rsidRDefault="00712BEA" w:rsidP="00367ED7">
      <w:pPr>
        <w:spacing w:line="240" w:lineRule="auto"/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 xml:space="preserve">3. Mode of Study: </w:t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Pr="003915B3">
        <w:rPr>
          <w:rFonts w:ascii="Segoe UI Symbol" w:hAnsi="Segoe UI Symbol" w:cs="Segoe UI Symbol"/>
          <w:sz w:val="24"/>
        </w:rPr>
        <w:t>☐</w:t>
      </w:r>
      <w:r w:rsidRPr="003915B3">
        <w:rPr>
          <w:rFonts w:ascii="Book Antiqua" w:hAnsi="Book Antiqua"/>
          <w:sz w:val="24"/>
        </w:rPr>
        <w:t xml:space="preserve"> Full-time      </w:t>
      </w:r>
      <w:r w:rsidRPr="003915B3">
        <w:rPr>
          <w:rFonts w:ascii="Segoe UI Symbol" w:hAnsi="Segoe UI Symbol" w:cs="Segoe UI Symbol"/>
          <w:sz w:val="24"/>
        </w:rPr>
        <w:t>☐</w:t>
      </w:r>
      <w:r w:rsidRPr="003915B3">
        <w:rPr>
          <w:rFonts w:ascii="Book Antiqua" w:hAnsi="Book Antiqua"/>
          <w:sz w:val="24"/>
        </w:rPr>
        <w:t xml:space="preserve"> Part-time</w:t>
      </w:r>
    </w:p>
    <w:p w14:paraId="52A2E648" w14:textId="77777777" w:rsidR="00F00D25" w:rsidRPr="003915B3" w:rsidRDefault="00F00D25" w:rsidP="00367ED7">
      <w:pPr>
        <w:spacing w:line="240" w:lineRule="auto"/>
        <w:rPr>
          <w:rFonts w:ascii="Book Antiqua" w:hAnsi="Book Antiqua"/>
          <w:sz w:val="24"/>
        </w:rPr>
      </w:pPr>
    </w:p>
    <w:p w14:paraId="4E692F72" w14:textId="77777777" w:rsidR="00C1301C" w:rsidRPr="003915B3" w:rsidRDefault="00712BEA" w:rsidP="00367ED7">
      <w:pPr>
        <w:spacing w:line="240" w:lineRule="auto"/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 xml:space="preserve">4. Medium of Study: </w:t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="00367ED7" w:rsidRPr="003915B3">
        <w:rPr>
          <w:rFonts w:ascii="Book Antiqua" w:hAnsi="Book Antiqua"/>
          <w:sz w:val="24"/>
        </w:rPr>
        <w:tab/>
      </w:r>
      <w:r w:rsidRPr="003915B3">
        <w:rPr>
          <w:rFonts w:ascii="Segoe UI Symbol" w:hAnsi="Segoe UI Symbol" w:cs="Segoe UI Symbol"/>
          <w:sz w:val="24"/>
        </w:rPr>
        <w:t>☐</w:t>
      </w:r>
      <w:r w:rsidRPr="003915B3">
        <w:rPr>
          <w:rFonts w:ascii="Book Antiqua" w:hAnsi="Book Antiqua"/>
          <w:sz w:val="24"/>
        </w:rPr>
        <w:t xml:space="preserve"> English      </w:t>
      </w:r>
      <w:r w:rsidRPr="003915B3">
        <w:rPr>
          <w:rFonts w:ascii="Segoe UI Symbol" w:hAnsi="Segoe UI Symbol" w:cs="Segoe UI Symbol"/>
          <w:sz w:val="24"/>
        </w:rPr>
        <w:t>☐</w:t>
      </w:r>
      <w:r w:rsidRPr="003915B3">
        <w:rPr>
          <w:rFonts w:ascii="Book Antiqua" w:hAnsi="Book Antiqua"/>
          <w:sz w:val="24"/>
        </w:rPr>
        <w:t xml:space="preserve"> Tamil</w:t>
      </w:r>
    </w:p>
    <w:p w14:paraId="344E19B5" w14:textId="77777777" w:rsidR="00F00D25" w:rsidRPr="00907131" w:rsidRDefault="00F00D25">
      <w:pPr>
        <w:rPr>
          <w:rFonts w:ascii="Book Antiqua" w:hAnsi="Book Antiqu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9"/>
        <w:gridCol w:w="5119"/>
      </w:tblGrid>
      <w:tr w:rsidR="00C1301C" w:rsidRPr="00907131" w14:paraId="3D571E56" w14:textId="77777777" w:rsidTr="00367ED7">
        <w:trPr>
          <w:trHeight w:val="569"/>
          <w:jc w:val="center"/>
        </w:trPr>
        <w:tc>
          <w:tcPr>
            <w:tcW w:w="5119" w:type="dxa"/>
            <w:vAlign w:val="center"/>
          </w:tcPr>
          <w:p w14:paraId="333D00CF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5. Proposed Title of the Thesis:</w:t>
            </w:r>
          </w:p>
        </w:tc>
        <w:tc>
          <w:tcPr>
            <w:tcW w:w="5119" w:type="dxa"/>
            <w:vAlign w:val="center"/>
          </w:tcPr>
          <w:p w14:paraId="4654C6B0" w14:textId="77777777" w:rsidR="00C1301C" w:rsidRPr="00907131" w:rsidRDefault="00367ED7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A168CDC" wp14:editId="1E26890C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3175</wp:posOffset>
                      </wp:positionV>
                      <wp:extent cx="3152775" cy="666750"/>
                      <wp:effectExtent l="0" t="0" r="28575" b="1905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1E2404" w14:textId="77777777" w:rsidR="00367ED7" w:rsidRDefault="00367ED7" w:rsidP="00367ED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68CDC" id="Text Box 14" o:spid="_x0000_s1037" type="#_x0000_t202" style="position:absolute;margin-left:-2.55pt;margin-top:.25pt;width:248.25pt;height:5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" fillcolor="white [3201]" strokeweight=".5pt">
                      <v:textbox>
                        <w:txbxContent>
                          <w:p w14:paraId="081E2404" w14:textId="77777777" w:rsidR="00367ED7" w:rsidRDefault="00367ED7" w:rsidP="00367ED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7ED7" w:rsidRPr="00907131" w14:paraId="1D6A00F1" w14:textId="77777777" w:rsidTr="00367ED7">
        <w:trPr>
          <w:trHeight w:val="569"/>
          <w:jc w:val="center"/>
        </w:trPr>
        <w:tc>
          <w:tcPr>
            <w:tcW w:w="5119" w:type="dxa"/>
            <w:vAlign w:val="center"/>
          </w:tcPr>
          <w:p w14:paraId="52339F42" w14:textId="77777777" w:rsidR="00367ED7" w:rsidRPr="003915B3" w:rsidRDefault="00367ED7">
            <w:pPr>
              <w:spacing w:after="0"/>
              <w:rPr>
                <w:rFonts w:ascii="Book Antiqua" w:hAnsi="Book Antiqua"/>
                <w:sz w:val="24"/>
              </w:rPr>
            </w:pPr>
          </w:p>
        </w:tc>
        <w:tc>
          <w:tcPr>
            <w:tcW w:w="5119" w:type="dxa"/>
            <w:vAlign w:val="center"/>
          </w:tcPr>
          <w:p w14:paraId="217194E6" w14:textId="77777777" w:rsidR="00367ED7" w:rsidRPr="00907131" w:rsidRDefault="00367ED7">
            <w:pPr>
              <w:spacing w:after="0"/>
              <w:rPr>
                <w:rFonts w:ascii="Book Antiqua" w:hAnsi="Book Antiqua"/>
                <w:noProof/>
              </w:rPr>
            </w:pPr>
          </w:p>
        </w:tc>
      </w:tr>
      <w:tr w:rsidR="00C1301C" w:rsidRPr="00907131" w14:paraId="23D40738" w14:textId="77777777" w:rsidTr="00367ED7">
        <w:trPr>
          <w:trHeight w:val="539"/>
          <w:jc w:val="center"/>
        </w:trPr>
        <w:tc>
          <w:tcPr>
            <w:tcW w:w="5119" w:type="dxa"/>
            <w:vAlign w:val="center"/>
          </w:tcPr>
          <w:p w14:paraId="06B2D8AC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6. Translation of the Thesis Title in English:</w:t>
            </w:r>
          </w:p>
        </w:tc>
        <w:tc>
          <w:tcPr>
            <w:tcW w:w="5119" w:type="dxa"/>
            <w:vAlign w:val="center"/>
          </w:tcPr>
          <w:p w14:paraId="162EFE07" w14:textId="77777777" w:rsidR="00C1301C" w:rsidRPr="00907131" w:rsidRDefault="00367ED7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A168CDC" wp14:editId="1E26890C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-6350</wp:posOffset>
                      </wp:positionV>
                      <wp:extent cx="3152775" cy="657225"/>
                      <wp:effectExtent l="0" t="0" r="28575" b="2857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2775" cy="657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48E816" w14:textId="77777777" w:rsidR="00367ED7" w:rsidRDefault="00367ED7" w:rsidP="00367ED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68CDC" id="Text Box 15" o:spid="_x0000_s1038" type="#_x0000_t202" style="position:absolute;margin-left:-2.55pt;margin-top:-.5pt;width:248.25pt;height:51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" fillcolor="white [3201]" strokeweight=".5pt">
                      <v:textbox>
                        <w:txbxContent>
                          <w:p w14:paraId="6648E816" w14:textId="77777777" w:rsidR="00367ED7" w:rsidRDefault="00367ED7" w:rsidP="00367ED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7ED7" w:rsidRPr="00907131" w14:paraId="14E944F2" w14:textId="77777777" w:rsidTr="00367ED7">
        <w:trPr>
          <w:trHeight w:val="539"/>
          <w:jc w:val="center"/>
        </w:trPr>
        <w:tc>
          <w:tcPr>
            <w:tcW w:w="5119" w:type="dxa"/>
            <w:vAlign w:val="center"/>
          </w:tcPr>
          <w:p w14:paraId="1825BD6C" w14:textId="03C22B1A" w:rsidR="007E0938" w:rsidRPr="007E0938" w:rsidRDefault="007E0938">
            <w:pPr>
              <w:spacing w:after="0"/>
              <w:rPr>
                <w:rFonts w:ascii="Book Antiqua" w:hAnsi="Book Antiqua"/>
                <w:bCs/>
                <w:sz w:val="24"/>
              </w:rPr>
            </w:pPr>
          </w:p>
        </w:tc>
        <w:tc>
          <w:tcPr>
            <w:tcW w:w="5119" w:type="dxa"/>
            <w:vAlign w:val="center"/>
          </w:tcPr>
          <w:p w14:paraId="7AE0960C" w14:textId="77777777" w:rsidR="00367ED7" w:rsidRPr="00907131" w:rsidRDefault="00367ED7">
            <w:pPr>
              <w:spacing w:after="0"/>
              <w:rPr>
                <w:rFonts w:ascii="Book Antiqua" w:hAnsi="Book Antiqua"/>
                <w:noProof/>
              </w:rPr>
            </w:pPr>
          </w:p>
        </w:tc>
      </w:tr>
    </w:tbl>
    <w:p w14:paraId="5406B1AF" w14:textId="77777777" w:rsidR="00C1301C" w:rsidRDefault="00712BEA" w:rsidP="00367ED7">
      <w:pPr>
        <w:spacing w:line="360" w:lineRule="auto"/>
        <w:rPr>
          <w:rFonts w:ascii="Book Antiqua" w:hAnsi="Book Antiqua"/>
          <w:i/>
          <w:sz w:val="24"/>
        </w:rPr>
      </w:pPr>
      <w:r w:rsidRPr="00907131">
        <w:rPr>
          <w:rFonts w:ascii="Book Antiqua" w:hAnsi="Book Antiqua"/>
          <w:i/>
          <w:sz w:val="24"/>
        </w:rPr>
        <w:t>(Complete this item only where Tamil is selected as the medium of study.)</w:t>
      </w:r>
    </w:p>
    <w:p w14:paraId="4B1F31B4" w14:textId="77777777" w:rsidR="007E0938" w:rsidRPr="007E0938" w:rsidRDefault="007E0938" w:rsidP="00367ED7">
      <w:pPr>
        <w:spacing w:line="360" w:lineRule="auto"/>
        <w:rPr>
          <w:rFonts w:ascii="Book Antiqua" w:hAnsi="Book Antiqua"/>
          <w:sz w:val="6"/>
          <w:szCs w:val="4"/>
        </w:rPr>
      </w:pPr>
    </w:p>
    <w:p w14:paraId="1FDB6224" w14:textId="77777777" w:rsidR="00C1301C" w:rsidRPr="00907131" w:rsidRDefault="00712BEA" w:rsidP="008E7435">
      <w:pPr>
        <w:spacing w:line="360" w:lineRule="auto"/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t xml:space="preserve">Note: </w:t>
      </w:r>
      <w:r w:rsidRPr="00907131">
        <w:rPr>
          <w:rFonts w:ascii="Book Antiqua" w:hAnsi="Book Antiqua"/>
          <w:sz w:val="24"/>
        </w:rPr>
        <w:t>A research proposal for the proposed study must be submitted together with this application. The proposal should be prepared on a separate sheet in accordance with the prescribed format.</w:t>
      </w:r>
    </w:p>
    <w:p w14:paraId="3E50B135" w14:textId="77777777" w:rsidR="00C1301C" w:rsidRPr="00907131" w:rsidRDefault="00712BEA">
      <w:pPr>
        <w:spacing w:before="160" w:after="80"/>
        <w:rPr>
          <w:rFonts w:ascii="Book Antiqua" w:hAnsi="Book Antiqua"/>
          <w:b/>
          <w:sz w:val="24"/>
        </w:rPr>
      </w:pPr>
      <w:r w:rsidRPr="00907131">
        <w:rPr>
          <w:rFonts w:ascii="Book Antiqua" w:hAnsi="Book Antiqua"/>
          <w:b/>
          <w:sz w:val="24"/>
        </w:rPr>
        <w:t>SECTION 3 – EDUCATIONAL RECORD</w:t>
      </w:r>
    </w:p>
    <w:p w14:paraId="38AB0596" w14:textId="77777777" w:rsidR="00367ED7" w:rsidRPr="00907131" w:rsidRDefault="00367ED7">
      <w:pPr>
        <w:spacing w:before="160" w:after="80"/>
        <w:rPr>
          <w:rFonts w:ascii="Book Antiqua" w:hAnsi="Book Antiqua"/>
          <w:sz w:val="6"/>
        </w:rPr>
      </w:pPr>
    </w:p>
    <w:p w14:paraId="14022256" w14:textId="77777777" w:rsidR="00C1301C" w:rsidRPr="003915B3" w:rsidRDefault="00712BEA">
      <w:pPr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>(a) First Degree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8"/>
        <w:gridCol w:w="1718"/>
        <w:gridCol w:w="1718"/>
        <w:gridCol w:w="1718"/>
        <w:gridCol w:w="1718"/>
        <w:gridCol w:w="1718"/>
      </w:tblGrid>
      <w:tr w:rsidR="00C1301C" w:rsidRPr="003915B3" w14:paraId="34AF7375" w14:textId="77777777" w:rsidTr="00367ED7">
        <w:trPr>
          <w:trHeight w:val="656"/>
          <w:jc w:val="center"/>
        </w:trPr>
        <w:tc>
          <w:tcPr>
            <w:tcW w:w="1718" w:type="dxa"/>
            <w:shd w:val="clear" w:color="auto" w:fill="D9EAF7"/>
            <w:vAlign w:val="center"/>
          </w:tcPr>
          <w:p w14:paraId="30EC04BA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Name of Degree</w:t>
            </w:r>
          </w:p>
        </w:tc>
        <w:tc>
          <w:tcPr>
            <w:tcW w:w="1718" w:type="dxa"/>
            <w:shd w:val="clear" w:color="auto" w:fill="D9EAF7"/>
            <w:vAlign w:val="center"/>
          </w:tcPr>
          <w:p w14:paraId="697E11FC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Specialization</w:t>
            </w:r>
          </w:p>
        </w:tc>
        <w:tc>
          <w:tcPr>
            <w:tcW w:w="1718" w:type="dxa"/>
            <w:shd w:val="clear" w:color="auto" w:fill="D9EAF7"/>
            <w:vAlign w:val="center"/>
          </w:tcPr>
          <w:p w14:paraId="2484D627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University / Institution</w:t>
            </w:r>
          </w:p>
        </w:tc>
        <w:tc>
          <w:tcPr>
            <w:tcW w:w="1718" w:type="dxa"/>
            <w:shd w:val="clear" w:color="auto" w:fill="D9EAF7"/>
            <w:vAlign w:val="center"/>
          </w:tcPr>
          <w:p w14:paraId="17185556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Duration</w:t>
            </w:r>
          </w:p>
        </w:tc>
        <w:tc>
          <w:tcPr>
            <w:tcW w:w="1718" w:type="dxa"/>
            <w:shd w:val="clear" w:color="auto" w:fill="D9EAF7"/>
            <w:vAlign w:val="center"/>
          </w:tcPr>
          <w:p w14:paraId="1B8E7C71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Effective Date</w:t>
            </w:r>
          </w:p>
        </w:tc>
        <w:tc>
          <w:tcPr>
            <w:tcW w:w="1718" w:type="dxa"/>
            <w:shd w:val="clear" w:color="auto" w:fill="D9EAF7"/>
            <w:vAlign w:val="center"/>
          </w:tcPr>
          <w:p w14:paraId="4448B75E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GPA / Class</w:t>
            </w:r>
          </w:p>
        </w:tc>
      </w:tr>
      <w:tr w:rsidR="00C1301C" w:rsidRPr="00907131" w14:paraId="73C35B78" w14:textId="77777777" w:rsidTr="007E0938">
        <w:trPr>
          <w:trHeight w:val="1844"/>
          <w:jc w:val="center"/>
        </w:trPr>
        <w:tc>
          <w:tcPr>
            <w:tcW w:w="1718" w:type="dxa"/>
          </w:tcPr>
          <w:p w14:paraId="49ED0EF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8" w:type="dxa"/>
          </w:tcPr>
          <w:p w14:paraId="2664142A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8" w:type="dxa"/>
          </w:tcPr>
          <w:p w14:paraId="6866617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8" w:type="dxa"/>
          </w:tcPr>
          <w:p w14:paraId="3AB582F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8" w:type="dxa"/>
          </w:tcPr>
          <w:p w14:paraId="606D55A7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8" w:type="dxa"/>
          </w:tcPr>
          <w:p w14:paraId="5D7BDC6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4650"/>
      </w:tblGrid>
      <w:tr w:rsidR="00C1301C" w:rsidRPr="003915B3" w14:paraId="2A069D4D" w14:textId="77777777" w:rsidTr="00FD5D93">
        <w:trPr>
          <w:trHeight w:val="891"/>
          <w:jc w:val="center"/>
        </w:trPr>
        <w:tc>
          <w:tcPr>
            <w:tcW w:w="5670" w:type="dxa"/>
          </w:tcPr>
          <w:p w14:paraId="780DCC8D" w14:textId="77777777" w:rsidR="00C1301C" w:rsidRPr="007E0938" w:rsidRDefault="00712BEA" w:rsidP="00367ED7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7E0938">
              <w:rPr>
                <w:rFonts w:ascii="Book Antiqua" w:hAnsi="Book Antiqua"/>
                <w:sz w:val="24"/>
                <w:szCs w:val="24"/>
              </w:rPr>
              <w:lastRenderedPageBreak/>
              <w:t>Title of Dissertation submitted for the First Degree:</w:t>
            </w:r>
          </w:p>
          <w:p w14:paraId="2898F4B2" w14:textId="136BEDAC" w:rsidR="007E0938" w:rsidRPr="007E0938" w:rsidRDefault="007E0938" w:rsidP="00367ED7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7E0938">
              <w:rPr>
                <w:rFonts w:ascii="Book Antiqua" w:hAnsi="Book Antiqua"/>
                <w:sz w:val="24"/>
                <w:szCs w:val="24"/>
              </w:rPr>
              <w:t>(If applicable)</w:t>
            </w:r>
          </w:p>
        </w:tc>
        <w:tc>
          <w:tcPr>
            <w:tcW w:w="4650" w:type="dxa"/>
            <w:vAlign w:val="center"/>
          </w:tcPr>
          <w:p w14:paraId="0EF00BF0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14C60565" w14:textId="77777777" w:rsidR="00C1301C" w:rsidRPr="003915B3" w:rsidRDefault="00712BEA">
      <w:pPr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>(b) Postgraduate Degrees / Diplomas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6"/>
        <w:gridCol w:w="1890"/>
        <w:gridCol w:w="1710"/>
        <w:gridCol w:w="1530"/>
        <w:gridCol w:w="1620"/>
        <w:gridCol w:w="1350"/>
      </w:tblGrid>
      <w:tr w:rsidR="003915B3" w:rsidRPr="003915B3" w14:paraId="6F42321C" w14:textId="77777777" w:rsidTr="003915B3">
        <w:trPr>
          <w:trHeight w:val="1239"/>
          <w:jc w:val="center"/>
        </w:trPr>
        <w:tc>
          <w:tcPr>
            <w:tcW w:w="2196" w:type="dxa"/>
            <w:shd w:val="clear" w:color="auto" w:fill="D9EAF7"/>
            <w:vAlign w:val="center"/>
          </w:tcPr>
          <w:p w14:paraId="0BC9AA78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Name of Degree / Diploma</w:t>
            </w:r>
          </w:p>
        </w:tc>
        <w:tc>
          <w:tcPr>
            <w:tcW w:w="1890" w:type="dxa"/>
            <w:shd w:val="clear" w:color="auto" w:fill="D9EAF7"/>
            <w:vAlign w:val="center"/>
          </w:tcPr>
          <w:p w14:paraId="529D689A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Specialization</w:t>
            </w:r>
          </w:p>
        </w:tc>
        <w:tc>
          <w:tcPr>
            <w:tcW w:w="1710" w:type="dxa"/>
            <w:shd w:val="clear" w:color="auto" w:fill="D9EAF7"/>
            <w:vAlign w:val="center"/>
          </w:tcPr>
          <w:p w14:paraId="7BC2BFD2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University / Institution</w:t>
            </w:r>
          </w:p>
        </w:tc>
        <w:tc>
          <w:tcPr>
            <w:tcW w:w="1530" w:type="dxa"/>
            <w:shd w:val="clear" w:color="auto" w:fill="D9EAF7"/>
            <w:vAlign w:val="center"/>
          </w:tcPr>
          <w:p w14:paraId="7945E05C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Duration</w:t>
            </w:r>
          </w:p>
        </w:tc>
        <w:tc>
          <w:tcPr>
            <w:tcW w:w="1620" w:type="dxa"/>
            <w:shd w:val="clear" w:color="auto" w:fill="D9EAF7"/>
            <w:vAlign w:val="center"/>
          </w:tcPr>
          <w:p w14:paraId="08BD1A0B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Effective Date</w:t>
            </w:r>
          </w:p>
        </w:tc>
        <w:tc>
          <w:tcPr>
            <w:tcW w:w="1350" w:type="dxa"/>
            <w:shd w:val="clear" w:color="auto" w:fill="D9EAF7"/>
            <w:vAlign w:val="center"/>
          </w:tcPr>
          <w:p w14:paraId="599CCBC5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GPA / Class</w:t>
            </w:r>
          </w:p>
        </w:tc>
      </w:tr>
      <w:tr w:rsidR="00C1301C" w:rsidRPr="00907131" w14:paraId="61B0AA0D" w14:textId="77777777" w:rsidTr="003915B3">
        <w:trPr>
          <w:trHeight w:val="826"/>
          <w:jc w:val="center"/>
        </w:trPr>
        <w:tc>
          <w:tcPr>
            <w:tcW w:w="2196" w:type="dxa"/>
          </w:tcPr>
          <w:p w14:paraId="59894B70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14:paraId="031FFDDA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14:paraId="7D5A58D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530" w:type="dxa"/>
          </w:tcPr>
          <w:p w14:paraId="0E0EA58C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620" w:type="dxa"/>
          </w:tcPr>
          <w:p w14:paraId="62F19EE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350" w:type="dxa"/>
          </w:tcPr>
          <w:p w14:paraId="6A6938B0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1CBF66D1" w14:textId="77777777" w:rsidTr="003915B3">
        <w:trPr>
          <w:trHeight w:val="826"/>
          <w:jc w:val="center"/>
        </w:trPr>
        <w:tc>
          <w:tcPr>
            <w:tcW w:w="2196" w:type="dxa"/>
          </w:tcPr>
          <w:p w14:paraId="5178A710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14:paraId="1CADF1B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14:paraId="581E0E2F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530" w:type="dxa"/>
          </w:tcPr>
          <w:p w14:paraId="1412F6B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620" w:type="dxa"/>
          </w:tcPr>
          <w:p w14:paraId="368FBBEC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350" w:type="dxa"/>
          </w:tcPr>
          <w:p w14:paraId="432926B9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0445EF89" w14:textId="77777777" w:rsidTr="003915B3">
        <w:trPr>
          <w:trHeight w:val="785"/>
          <w:jc w:val="center"/>
        </w:trPr>
        <w:tc>
          <w:tcPr>
            <w:tcW w:w="2196" w:type="dxa"/>
          </w:tcPr>
          <w:p w14:paraId="75D8311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14:paraId="01DF74E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14:paraId="7493A09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530" w:type="dxa"/>
          </w:tcPr>
          <w:p w14:paraId="5E84E4A6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620" w:type="dxa"/>
          </w:tcPr>
          <w:p w14:paraId="2B44A7C5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1350" w:type="dxa"/>
          </w:tcPr>
          <w:p w14:paraId="03E506E3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02"/>
        <w:gridCol w:w="4666"/>
      </w:tblGrid>
      <w:tr w:rsidR="00C1301C" w:rsidRPr="003915B3" w14:paraId="7EFA1B42" w14:textId="77777777" w:rsidTr="00421350">
        <w:trPr>
          <w:trHeight w:val="1098"/>
          <w:jc w:val="center"/>
        </w:trPr>
        <w:tc>
          <w:tcPr>
            <w:tcW w:w="5602" w:type="dxa"/>
          </w:tcPr>
          <w:p w14:paraId="0A030FAC" w14:textId="77777777" w:rsidR="00C1301C" w:rsidRPr="003915B3" w:rsidRDefault="00712BEA" w:rsidP="00367ED7">
            <w:pPr>
              <w:spacing w:after="0"/>
              <w:rPr>
                <w:rFonts w:ascii="Book Antiqua" w:hAnsi="Book Antiqua"/>
              </w:rPr>
            </w:pPr>
            <w:r w:rsidRPr="003915B3">
              <w:rPr>
                <w:rFonts w:ascii="Book Antiqua" w:hAnsi="Book Antiqua"/>
                <w:sz w:val="24"/>
              </w:rPr>
              <w:t>Title of Dissertation / Thesis submitted for the Postgraduate Degree / Diploma:</w:t>
            </w:r>
          </w:p>
        </w:tc>
        <w:tc>
          <w:tcPr>
            <w:tcW w:w="4666" w:type="dxa"/>
            <w:vAlign w:val="center"/>
          </w:tcPr>
          <w:p w14:paraId="327CF61A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5BF4AEAF" w14:textId="77777777" w:rsidR="00367ED7" w:rsidRPr="00907131" w:rsidRDefault="00367ED7">
      <w:pPr>
        <w:rPr>
          <w:rFonts w:ascii="Book Antiqua" w:hAnsi="Book Antiqua"/>
          <w:b/>
        </w:rPr>
      </w:pPr>
    </w:p>
    <w:p w14:paraId="54DE4537" w14:textId="77777777" w:rsidR="00C1301C" w:rsidRPr="00907131" w:rsidRDefault="00712BEA" w:rsidP="008E7435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t xml:space="preserve">Note: </w:t>
      </w:r>
      <w:r w:rsidRPr="00907131">
        <w:rPr>
          <w:rFonts w:ascii="Book Antiqua" w:hAnsi="Book Antiqua"/>
          <w:sz w:val="24"/>
        </w:rPr>
        <w:t>Certified photocopies of relevant certificates and academic transcripts should be attached.</w:t>
      </w:r>
    </w:p>
    <w:p w14:paraId="6E12406B" w14:textId="77777777" w:rsidR="00FD5D93" w:rsidRPr="00907131" w:rsidRDefault="00FD5D93">
      <w:pPr>
        <w:spacing w:before="160" w:after="80"/>
        <w:rPr>
          <w:rFonts w:ascii="Book Antiqua" w:hAnsi="Book Antiqua"/>
          <w:b/>
          <w:sz w:val="12"/>
        </w:rPr>
      </w:pPr>
    </w:p>
    <w:p w14:paraId="4D3E4939" w14:textId="77777777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SECTION 4 – EMPLOYMENT RECORD</w:t>
      </w:r>
    </w:p>
    <w:p w14:paraId="698BEF63" w14:textId="77777777" w:rsidR="00C1301C" w:rsidRPr="003915B3" w:rsidRDefault="00712BEA">
      <w:pPr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>Present and Previous Employment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0"/>
        <w:gridCol w:w="2600"/>
        <w:gridCol w:w="2600"/>
        <w:gridCol w:w="2600"/>
      </w:tblGrid>
      <w:tr w:rsidR="00C1301C" w:rsidRPr="003915B3" w14:paraId="2BB65E51" w14:textId="77777777" w:rsidTr="003915B3">
        <w:trPr>
          <w:trHeight w:val="466"/>
          <w:jc w:val="center"/>
        </w:trPr>
        <w:tc>
          <w:tcPr>
            <w:tcW w:w="2600" w:type="dxa"/>
            <w:shd w:val="clear" w:color="auto" w:fill="D9EAF7"/>
            <w:vAlign w:val="center"/>
          </w:tcPr>
          <w:p w14:paraId="386BA772" w14:textId="77777777" w:rsidR="00C1301C" w:rsidRPr="003915B3" w:rsidRDefault="00712BEA" w:rsidP="003915B3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Institution / Department</w:t>
            </w:r>
          </w:p>
        </w:tc>
        <w:tc>
          <w:tcPr>
            <w:tcW w:w="2600" w:type="dxa"/>
            <w:shd w:val="clear" w:color="auto" w:fill="D9EAF7"/>
            <w:vAlign w:val="center"/>
          </w:tcPr>
          <w:p w14:paraId="15038B45" w14:textId="77777777" w:rsidR="00C1301C" w:rsidRPr="003915B3" w:rsidRDefault="00712BEA" w:rsidP="003915B3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Post / Designation</w:t>
            </w:r>
          </w:p>
        </w:tc>
        <w:tc>
          <w:tcPr>
            <w:tcW w:w="2600" w:type="dxa"/>
            <w:shd w:val="clear" w:color="auto" w:fill="D9EAF7"/>
            <w:vAlign w:val="center"/>
          </w:tcPr>
          <w:p w14:paraId="44029B26" w14:textId="77777777" w:rsidR="00C1301C" w:rsidRPr="003915B3" w:rsidRDefault="00712BEA" w:rsidP="003915B3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From</w:t>
            </w:r>
          </w:p>
        </w:tc>
        <w:tc>
          <w:tcPr>
            <w:tcW w:w="2600" w:type="dxa"/>
            <w:shd w:val="clear" w:color="auto" w:fill="D9EAF7"/>
            <w:vAlign w:val="center"/>
          </w:tcPr>
          <w:p w14:paraId="3306ECC7" w14:textId="77777777" w:rsidR="00C1301C" w:rsidRPr="003915B3" w:rsidRDefault="00712BEA" w:rsidP="003915B3">
            <w:pPr>
              <w:spacing w:after="0"/>
              <w:jc w:val="center"/>
              <w:rPr>
                <w:rFonts w:ascii="Book Antiqua" w:hAnsi="Book Antiqua"/>
                <w:sz w:val="22"/>
              </w:rPr>
            </w:pPr>
            <w:r w:rsidRPr="003915B3">
              <w:rPr>
                <w:rFonts w:ascii="Book Antiqua" w:hAnsi="Book Antiqua"/>
                <w:sz w:val="22"/>
              </w:rPr>
              <w:t>To</w:t>
            </w:r>
          </w:p>
        </w:tc>
      </w:tr>
      <w:tr w:rsidR="00C1301C" w:rsidRPr="00907131" w14:paraId="267B17BD" w14:textId="77777777" w:rsidTr="003915B3">
        <w:trPr>
          <w:trHeight w:val="624"/>
          <w:jc w:val="center"/>
        </w:trPr>
        <w:tc>
          <w:tcPr>
            <w:tcW w:w="2600" w:type="dxa"/>
          </w:tcPr>
          <w:p w14:paraId="0E4D22F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404339E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6E10C9B3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1516CB1F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0235BAFB" w14:textId="77777777" w:rsidTr="003915B3">
        <w:trPr>
          <w:trHeight w:val="624"/>
          <w:jc w:val="center"/>
        </w:trPr>
        <w:tc>
          <w:tcPr>
            <w:tcW w:w="2600" w:type="dxa"/>
          </w:tcPr>
          <w:p w14:paraId="5B4A7F55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5403B94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2DE75A4B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1F7FBB00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6E516ACA" w14:textId="77777777" w:rsidTr="003915B3">
        <w:trPr>
          <w:trHeight w:val="592"/>
          <w:jc w:val="center"/>
        </w:trPr>
        <w:tc>
          <w:tcPr>
            <w:tcW w:w="2600" w:type="dxa"/>
          </w:tcPr>
          <w:p w14:paraId="6252E9B3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21DC72EA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2131414B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79A29C41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3915B3" w:rsidRPr="00907131" w14:paraId="75FC1D7A" w14:textId="77777777" w:rsidTr="003915B3">
        <w:trPr>
          <w:trHeight w:val="592"/>
          <w:jc w:val="center"/>
        </w:trPr>
        <w:tc>
          <w:tcPr>
            <w:tcW w:w="2600" w:type="dxa"/>
          </w:tcPr>
          <w:p w14:paraId="447AA6EB" w14:textId="77777777" w:rsidR="003915B3" w:rsidRPr="00907131" w:rsidRDefault="003915B3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30624FA0" w14:textId="77777777" w:rsidR="003915B3" w:rsidRPr="00907131" w:rsidRDefault="003915B3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46958730" w14:textId="77777777" w:rsidR="003915B3" w:rsidRPr="00907131" w:rsidRDefault="003915B3">
            <w:pPr>
              <w:rPr>
                <w:rFonts w:ascii="Book Antiqua" w:hAnsi="Book Antiqua"/>
              </w:rPr>
            </w:pPr>
          </w:p>
        </w:tc>
        <w:tc>
          <w:tcPr>
            <w:tcW w:w="2600" w:type="dxa"/>
          </w:tcPr>
          <w:p w14:paraId="71702303" w14:textId="77777777" w:rsidR="003915B3" w:rsidRPr="00907131" w:rsidRDefault="003915B3">
            <w:pPr>
              <w:rPr>
                <w:rFonts w:ascii="Book Antiqua" w:hAnsi="Book Antiqua"/>
              </w:rPr>
            </w:pPr>
          </w:p>
        </w:tc>
      </w:tr>
    </w:tbl>
    <w:p w14:paraId="6403C708" w14:textId="77777777" w:rsidR="00FD5D93" w:rsidRPr="00907131" w:rsidRDefault="00FD5D93">
      <w:pPr>
        <w:spacing w:before="160" w:after="80"/>
        <w:rPr>
          <w:rFonts w:ascii="Book Antiqua" w:hAnsi="Book Antiqua"/>
          <w:b/>
          <w:sz w:val="14"/>
        </w:rPr>
      </w:pPr>
    </w:p>
    <w:p w14:paraId="7FF76587" w14:textId="77777777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SECTION 5 – RESEARCH EXPERIENCE AND PUBLICATIONS</w:t>
      </w:r>
    </w:p>
    <w:p w14:paraId="50FEF443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t>1. Research Experience</w:t>
      </w:r>
    </w:p>
    <w:p w14:paraId="5FED90DE" w14:textId="77777777" w:rsidR="00FD5D93" w:rsidRPr="00907131" w:rsidRDefault="00712BEA" w:rsidP="00367ED7">
      <w:pPr>
        <w:spacing w:line="360" w:lineRule="auto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 xml:space="preserve">Have you been involved in research work?   </w:t>
      </w: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Yes   </w:t>
      </w: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No</w:t>
      </w:r>
    </w:p>
    <w:p w14:paraId="37DB8F62" w14:textId="77777777" w:rsidR="00367ED7" w:rsidRPr="00907131" w:rsidRDefault="00712BEA" w:rsidP="00367ED7">
      <w:pPr>
        <w:spacing w:line="360" w:lineRule="auto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(</w:t>
      </w:r>
      <w:proofErr w:type="spellStart"/>
      <w:r w:rsidRPr="00907131">
        <w:rPr>
          <w:rFonts w:ascii="Book Antiqua" w:hAnsi="Book Antiqua"/>
          <w:sz w:val="24"/>
        </w:rPr>
        <w:t>i</w:t>
      </w:r>
      <w:proofErr w:type="spellEnd"/>
      <w:r w:rsidRPr="00907131">
        <w:rPr>
          <w:rFonts w:ascii="Book Antiqua" w:hAnsi="Book Antiqua"/>
          <w:sz w:val="24"/>
        </w:rPr>
        <w:t xml:space="preserve">) At the University: </w:t>
      </w:r>
    </w:p>
    <w:p w14:paraId="7D186A4E" w14:textId="77777777" w:rsidR="00C1301C" w:rsidRPr="00907131" w:rsidRDefault="00712BEA" w:rsidP="00367ED7">
      <w:pPr>
        <w:spacing w:line="360" w:lineRule="auto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 xml:space="preserve">(ii) Outside the University: </w:t>
      </w:r>
    </w:p>
    <w:p w14:paraId="2CB32C05" w14:textId="77777777" w:rsidR="00367ED7" w:rsidRPr="00907131" w:rsidRDefault="00367ED7">
      <w:pPr>
        <w:rPr>
          <w:rFonts w:ascii="Book Antiqua" w:hAnsi="Book Antiqua"/>
          <w:sz w:val="4"/>
        </w:rPr>
      </w:pPr>
    </w:p>
    <w:p w14:paraId="7DF72DAE" w14:textId="06FE8344" w:rsidR="00C1301C" w:rsidRDefault="007E0938">
      <w:pPr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2</w:t>
      </w:r>
      <w:r w:rsidR="00712BEA" w:rsidRPr="00907131">
        <w:rPr>
          <w:rFonts w:ascii="Book Antiqua" w:hAnsi="Book Antiqua"/>
          <w:b/>
          <w:sz w:val="24"/>
        </w:rPr>
        <w:t>. Publications</w:t>
      </w:r>
    </w:p>
    <w:p w14:paraId="0EA06AC5" w14:textId="77777777" w:rsidR="003915B3" w:rsidRPr="003915B3" w:rsidRDefault="003915B3">
      <w:pPr>
        <w:rPr>
          <w:rFonts w:ascii="Book Antiqua" w:hAnsi="Book Antiqua"/>
          <w:sz w:val="10"/>
        </w:rPr>
      </w:pPr>
    </w:p>
    <w:p w14:paraId="3B2CB31A" w14:textId="77777777" w:rsidR="00C1301C" w:rsidRPr="00907131" w:rsidRDefault="00712BEA" w:rsidP="00367ED7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Provide full publication details, including title, authors, journal / publisher, year of publication, volume, issue and page numbers, where applicable.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043"/>
        <w:gridCol w:w="2043"/>
        <w:gridCol w:w="2043"/>
        <w:gridCol w:w="2043"/>
      </w:tblGrid>
      <w:tr w:rsidR="00C1301C" w:rsidRPr="003915B3" w14:paraId="21D67FBB" w14:textId="77777777" w:rsidTr="003915B3">
        <w:trPr>
          <w:trHeight w:val="426"/>
          <w:jc w:val="center"/>
        </w:trPr>
        <w:tc>
          <w:tcPr>
            <w:tcW w:w="2043" w:type="dxa"/>
            <w:shd w:val="clear" w:color="auto" w:fill="D9EAF7"/>
            <w:vAlign w:val="center"/>
          </w:tcPr>
          <w:p w14:paraId="3CDFB461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Title of Publication</w:t>
            </w:r>
          </w:p>
        </w:tc>
        <w:tc>
          <w:tcPr>
            <w:tcW w:w="2043" w:type="dxa"/>
            <w:shd w:val="clear" w:color="auto" w:fill="D9EAF7"/>
            <w:vAlign w:val="center"/>
          </w:tcPr>
          <w:p w14:paraId="6D17AF19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Journal / Publisher</w:t>
            </w:r>
          </w:p>
        </w:tc>
        <w:tc>
          <w:tcPr>
            <w:tcW w:w="2043" w:type="dxa"/>
            <w:shd w:val="clear" w:color="auto" w:fill="D9EAF7"/>
            <w:vAlign w:val="center"/>
          </w:tcPr>
          <w:p w14:paraId="40A54552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Year</w:t>
            </w:r>
          </w:p>
        </w:tc>
        <w:tc>
          <w:tcPr>
            <w:tcW w:w="2043" w:type="dxa"/>
            <w:shd w:val="clear" w:color="auto" w:fill="D9EAF7"/>
            <w:vAlign w:val="center"/>
          </w:tcPr>
          <w:p w14:paraId="1F6142B8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Volume / Issue</w:t>
            </w:r>
          </w:p>
        </w:tc>
        <w:tc>
          <w:tcPr>
            <w:tcW w:w="2043" w:type="dxa"/>
            <w:shd w:val="clear" w:color="auto" w:fill="D9EAF7"/>
            <w:vAlign w:val="center"/>
          </w:tcPr>
          <w:p w14:paraId="71493DD8" w14:textId="77777777" w:rsidR="00C1301C" w:rsidRPr="003915B3" w:rsidRDefault="00712BEA" w:rsidP="00367ED7">
            <w:pPr>
              <w:spacing w:after="0"/>
              <w:jc w:val="center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Pages</w:t>
            </w:r>
          </w:p>
        </w:tc>
      </w:tr>
      <w:tr w:rsidR="00C1301C" w:rsidRPr="00907131" w14:paraId="262CBA94" w14:textId="77777777" w:rsidTr="003915B3">
        <w:trPr>
          <w:trHeight w:val="568"/>
          <w:jc w:val="center"/>
        </w:trPr>
        <w:tc>
          <w:tcPr>
            <w:tcW w:w="2043" w:type="dxa"/>
          </w:tcPr>
          <w:p w14:paraId="3CEEF0F1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359E166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0CCD765C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41426936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2BCB0287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0503DC5A" w14:textId="77777777" w:rsidTr="003915B3">
        <w:trPr>
          <w:trHeight w:val="568"/>
          <w:jc w:val="center"/>
        </w:trPr>
        <w:tc>
          <w:tcPr>
            <w:tcW w:w="2043" w:type="dxa"/>
          </w:tcPr>
          <w:p w14:paraId="1CFE88D3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6BD3BDF2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352AEF11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4B222648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7823807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0F8D447A" w14:textId="77777777" w:rsidTr="003915B3">
        <w:trPr>
          <w:trHeight w:val="540"/>
          <w:jc w:val="center"/>
        </w:trPr>
        <w:tc>
          <w:tcPr>
            <w:tcW w:w="2043" w:type="dxa"/>
          </w:tcPr>
          <w:p w14:paraId="00292611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45A60496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0D0AC0FE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709A919C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74D0F67E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0ABEB3D6" w14:textId="77777777" w:rsidTr="003915B3">
        <w:trPr>
          <w:trHeight w:val="568"/>
          <w:jc w:val="center"/>
        </w:trPr>
        <w:tc>
          <w:tcPr>
            <w:tcW w:w="2043" w:type="dxa"/>
          </w:tcPr>
          <w:p w14:paraId="3988A3CF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4A010B79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2522018B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24A1EA25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72A04D34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  <w:tr w:rsidR="00C1301C" w:rsidRPr="00907131" w14:paraId="747552E2" w14:textId="77777777" w:rsidTr="003915B3">
        <w:trPr>
          <w:trHeight w:val="540"/>
          <w:jc w:val="center"/>
        </w:trPr>
        <w:tc>
          <w:tcPr>
            <w:tcW w:w="2043" w:type="dxa"/>
          </w:tcPr>
          <w:p w14:paraId="5105DA9A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68A0392F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65BEA7D9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5E3A1FA0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  <w:tc>
          <w:tcPr>
            <w:tcW w:w="2043" w:type="dxa"/>
          </w:tcPr>
          <w:p w14:paraId="76DC1743" w14:textId="77777777" w:rsidR="00C1301C" w:rsidRPr="00907131" w:rsidRDefault="00C1301C">
            <w:pPr>
              <w:rPr>
                <w:rFonts w:ascii="Book Antiqua" w:hAnsi="Book Antiqua"/>
              </w:rPr>
            </w:pPr>
          </w:p>
        </w:tc>
      </w:tr>
    </w:tbl>
    <w:p w14:paraId="53F99785" w14:textId="77777777" w:rsidR="00367ED7" w:rsidRPr="00907131" w:rsidRDefault="00367ED7">
      <w:pPr>
        <w:spacing w:before="160" w:after="80"/>
        <w:rPr>
          <w:rFonts w:ascii="Book Antiqua" w:hAnsi="Book Antiqua"/>
          <w:b/>
          <w:sz w:val="10"/>
        </w:rPr>
      </w:pPr>
    </w:p>
    <w:p w14:paraId="2936A70E" w14:textId="6333BB53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 xml:space="preserve">SECTION </w:t>
      </w:r>
      <w:r w:rsidR="007E0938">
        <w:rPr>
          <w:rFonts w:ascii="Book Antiqua" w:hAnsi="Book Antiqua"/>
          <w:b/>
          <w:sz w:val="24"/>
        </w:rPr>
        <w:t>6</w:t>
      </w:r>
      <w:r w:rsidRPr="00907131">
        <w:rPr>
          <w:rFonts w:ascii="Book Antiqua" w:hAnsi="Book Antiqua"/>
          <w:b/>
          <w:sz w:val="24"/>
        </w:rPr>
        <w:t xml:space="preserve"> – PROPOSED SUPERVISOR(S)</w:t>
      </w:r>
    </w:p>
    <w:p w14:paraId="30B3807B" w14:textId="51467304" w:rsidR="00C1301C" w:rsidRPr="003915B3" w:rsidRDefault="007E0938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6</w:t>
      </w:r>
      <w:r w:rsidR="00712BEA" w:rsidRPr="003915B3">
        <w:rPr>
          <w:rFonts w:ascii="Book Antiqua" w:hAnsi="Book Antiqua"/>
          <w:sz w:val="24"/>
        </w:rPr>
        <w:t>.1 Internal Supervisor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034"/>
        <w:gridCol w:w="5142"/>
      </w:tblGrid>
      <w:tr w:rsidR="00C1301C" w:rsidRPr="003915B3" w14:paraId="5340598A" w14:textId="77777777" w:rsidTr="00367ED7">
        <w:trPr>
          <w:trHeight w:val="558"/>
        </w:trPr>
        <w:tc>
          <w:tcPr>
            <w:tcW w:w="5034" w:type="dxa"/>
            <w:shd w:val="clear" w:color="auto" w:fill="D9EAF7"/>
            <w:vAlign w:val="center"/>
          </w:tcPr>
          <w:p w14:paraId="7154B198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Name</w:t>
            </w:r>
          </w:p>
        </w:tc>
        <w:tc>
          <w:tcPr>
            <w:tcW w:w="5142" w:type="dxa"/>
            <w:vAlign w:val="center"/>
          </w:tcPr>
          <w:p w14:paraId="592DF5ED" w14:textId="77777777" w:rsidR="00C1301C" w:rsidRPr="003915B3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C1301C" w:rsidRPr="003915B3" w14:paraId="52F407B0" w14:textId="77777777" w:rsidTr="00367ED7">
        <w:trPr>
          <w:trHeight w:val="558"/>
        </w:trPr>
        <w:tc>
          <w:tcPr>
            <w:tcW w:w="5034" w:type="dxa"/>
            <w:shd w:val="clear" w:color="auto" w:fill="D9EAF7"/>
            <w:vAlign w:val="center"/>
          </w:tcPr>
          <w:p w14:paraId="66B7F82B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Designation</w:t>
            </w:r>
          </w:p>
        </w:tc>
        <w:tc>
          <w:tcPr>
            <w:tcW w:w="5142" w:type="dxa"/>
            <w:vAlign w:val="center"/>
          </w:tcPr>
          <w:p w14:paraId="3AB87F2F" w14:textId="77777777" w:rsidR="00C1301C" w:rsidRPr="003915B3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C1301C" w:rsidRPr="003915B3" w14:paraId="0F1942B7" w14:textId="77777777" w:rsidTr="00367ED7">
        <w:trPr>
          <w:trHeight w:val="523"/>
        </w:trPr>
        <w:tc>
          <w:tcPr>
            <w:tcW w:w="5034" w:type="dxa"/>
            <w:shd w:val="clear" w:color="auto" w:fill="D9EAF7"/>
            <w:vAlign w:val="center"/>
          </w:tcPr>
          <w:p w14:paraId="76D7CE11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Academic / Professional Qualifications</w:t>
            </w:r>
          </w:p>
        </w:tc>
        <w:tc>
          <w:tcPr>
            <w:tcW w:w="5142" w:type="dxa"/>
            <w:vAlign w:val="center"/>
          </w:tcPr>
          <w:p w14:paraId="500947EE" w14:textId="77777777" w:rsidR="00C1301C" w:rsidRPr="003915B3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C1301C" w:rsidRPr="003915B3" w14:paraId="36024E0A" w14:textId="77777777" w:rsidTr="00367ED7">
        <w:trPr>
          <w:trHeight w:val="558"/>
        </w:trPr>
        <w:tc>
          <w:tcPr>
            <w:tcW w:w="5034" w:type="dxa"/>
            <w:shd w:val="clear" w:color="auto" w:fill="D9EAF7"/>
            <w:vAlign w:val="center"/>
          </w:tcPr>
          <w:p w14:paraId="5721245F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Attachment / Supporting Documents</w:t>
            </w:r>
          </w:p>
        </w:tc>
        <w:tc>
          <w:tcPr>
            <w:tcW w:w="5142" w:type="dxa"/>
            <w:vAlign w:val="center"/>
          </w:tcPr>
          <w:p w14:paraId="2D7D2BB3" w14:textId="77777777" w:rsidR="00C1301C" w:rsidRPr="003915B3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</w:tbl>
    <w:p w14:paraId="1178B193" w14:textId="77777777" w:rsidR="00367ED7" w:rsidRPr="00907131" w:rsidRDefault="00367ED7" w:rsidP="008E7435">
      <w:pPr>
        <w:jc w:val="both"/>
        <w:rPr>
          <w:rFonts w:ascii="Book Antiqua" w:hAnsi="Book Antiqua"/>
          <w:b/>
          <w:sz w:val="24"/>
        </w:rPr>
      </w:pPr>
    </w:p>
    <w:p w14:paraId="5E410302" w14:textId="77777777" w:rsidR="00C1301C" w:rsidRDefault="00712BEA" w:rsidP="008E7435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t xml:space="preserve">Supervisor’s Declaration: </w:t>
      </w:r>
      <w:r w:rsidRPr="00907131">
        <w:rPr>
          <w:rFonts w:ascii="Book Antiqua" w:hAnsi="Book Antiqua"/>
          <w:sz w:val="24"/>
        </w:rPr>
        <w:t xml:space="preserve">I have discussed the proposed research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with the applicant. I approve the proposed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of research and am willing to supervise the candidate, subject to the approval of the University.</w:t>
      </w:r>
    </w:p>
    <w:p w14:paraId="439C70CB" w14:textId="77777777" w:rsidR="008E7435" w:rsidRPr="008E7435" w:rsidRDefault="008E7435" w:rsidP="008E7435">
      <w:pPr>
        <w:jc w:val="both"/>
        <w:rPr>
          <w:rFonts w:ascii="Book Antiqua" w:hAnsi="Book Antiqua"/>
          <w:sz w:val="12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5526"/>
      </w:tblGrid>
      <w:tr w:rsidR="00C1301C" w:rsidRPr="00907131" w14:paraId="2FACCDD1" w14:textId="77777777" w:rsidTr="00FD5D93">
        <w:trPr>
          <w:trHeight w:val="738"/>
        </w:trPr>
        <w:tc>
          <w:tcPr>
            <w:tcW w:w="4698" w:type="dxa"/>
            <w:vAlign w:val="center"/>
          </w:tcPr>
          <w:p w14:paraId="7F1D3CD0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>Date:</w:t>
            </w:r>
            <w:r w:rsidRPr="00907131">
              <w:rPr>
                <w:rFonts w:ascii="Book Antiqua" w:hAnsi="Book Antiqua"/>
                <w:sz w:val="20"/>
              </w:rPr>
              <w:t xml:space="preserve"> __________________________</w:t>
            </w:r>
          </w:p>
        </w:tc>
        <w:tc>
          <w:tcPr>
            <w:tcW w:w="5526" w:type="dxa"/>
            <w:vAlign w:val="center"/>
          </w:tcPr>
          <w:p w14:paraId="1FB2F6A5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Signature of Supervisor: </w:t>
            </w:r>
            <w:r w:rsidRPr="00907131">
              <w:rPr>
                <w:rFonts w:ascii="Book Antiqua" w:hAnsi="Book Antiqua"/>
                <w:sz w:val="20"/>
              </w:rPr>
              <w:t>__________________________</w:t>
            </w:r>
          </w:p>
        </w:tc>
      </w:tr>
    </w:tbl>
    <w:p w14:paraId="13609568" w14:textId="77777777" w:rsidR="00367ED7" w:rsidRPr="00907131" w:rsidRDefault="00367ED7">
      <w:pPr>
        <w:rPr>
          <w:rFonts w:ascii="Book Antiqua" w:hAnsi="Book Antiqua"/>
          <w:b/>
        </w:rPr>
      </w:pPr>
    </w:p>
    <w:p w14:paraId="7B507F62" w14:textId="6157AA30" w:rsidR="00C1301C" w:rsidRPr="003915B3" w:rsidRDefault="00712BEA">
      <w:pPr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>6.2 External Supervisor</w:t>
      </w:r>
      <w:r w:rsidR="007E0938">
        <w:rPr>
          <w:rFonts w:ascii="Book Antiqua" w:hAnsi="Book Antiqua"/>
          <w:sz w:val="24"/>
        </w:rPr>
        <w:t xml:space="preserve"> (If applicable)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73"/>
        <w:gridCol w:w="5081"/>
      </w:tblGrid>
      <w:tr w:rsidR="00C1301C" w:rsidRPr="003915B3" w14:paraId="60393811" w14:textId="77777777" w:rsidTr="00FD5D93">
        <w:trPr>
          <w:trHeight w:val="504"/>
        </w:trPr>
        <w:tc>
          <w:tcPr>
            <w:tcW w:w="4973" w:type="dxa"/>
            <w:shd w:val="clear" w:color="auto" w:fill="D9EAF7"/>
            <w:vAlign w:val="center"/>
          </w:tcPr>
          <w:p w14:paraId="5A33D32D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Name</w:t>
            </w:r>
          </w:p>
        </w:tc>
        <w:tc>
          <w:tcPr>
            <w:tcW w:w="5081" w:type="dxa"/>
            <w:vAlign w:val="center"/>
          </w:tcPr>
          <w:p w14:paraId="113959DD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  <w:tr w:rsidR="00C1301C" w:rsidRPr="003915B3" w14:paraId="6E28B43F" w14:textId="77777777" w:rsidTr="00FD5D93">
        <w:trPr>
          <w:trHeight w:val="504"/>
        </w:trPr>
        <w:tc>
          <w:tcPr>
            <w:tcW w:w="4973" w:type="dxa"/>
            <w:shd w:val="clear" w:color="auto" w:fill="D9EAF7"/>
            <w:vAlign w:val="center"/>
          </w:tcPr>
          <w:p w14:paraId="0E28DAA4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Designation</w:t>
            </w:r>
          </w:p>
        </w:tc>
        <w:tc>
          <w:tcPr>
            <w:tcW w:w="5081" w:type="dxa"/>
            <w:vAlign w:val="center"/>
          </w:tcPr>
          <w:p w14:paraId="50587FB9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  <w:tr w:rsidR="00C1301C" w:rsidRPr="003915B3" w14:paraId="17F464B6" w14:textId="77777777" w:rsidTr="00FD5D93">
        <w:trPr>
          <w:trHeight w:val="473"/>
        </w:trPr>
        <w:tc>
          <w:tcPr>
            <w:tcW w:w="4973" w:type="dxa"/>
            <w:shd w:val="clear" w:color="auto" w:fill="D9EAF7"/>
            <w:vAlign w:val="center"/>
          </w:tcPr>
          <w:p w14:paraId="2A97BF23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Academic / Professional Qualifications</w:t>
            </w:r>
          </w:p>
        </w:tc>
        <w:tc>
          <w:tcPr>
            <w:tcW w:w="5081" w:type="dxa"/>
            <w:vAlign w:val="center"/>
          </w:tcPr>
          <w:p w14:paraId="1A8C6B12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  <w:tr w:rsidR="00C1301C" w:rsidRPr="003915B3" w14:paraId="29423A73" w14:textId="77777777" w:rsidTr="00FD5D93">
        <w:trPr>
          <w:trHeight w:val="504"/>
        </w:trPr>
        <w:tc>
          <w:tcPr>
            <w:tcW w:w="4973" w:type="dxa"/>
            <w:shd w:val="clear" w:color="auto" w:fill="D9EAF7"/>
            <w:vAlign w:val="center"/>
          </w:tcPr>
          <w:p w14:paraId="15C8656C" w14:textId="77777777" w:rsidR="00C1301C" w:rsidRPr="003915B3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3915B3">
              <w:rPr>
                <w:rFonts w:ascii="Book Antiqua" w:hAnsi="Book Antiqua"/>
                <w:sz w:val="24"/>
              </w:rPr>
              <w:t>Attachment / Supporting Documents</w:t>
            </w:r>
          </w:p>
        </w:tc>
        <w:tc>
          <w:tcPr>
            <w:tcW w:w="5081" w:type="dxa"/>
            <w:vAlign w:val="center"/>
          </w:tcPr>
          <w:p w14:paraId="43E7A8C4" w14:textId="77777777" w:rsidR="00C1301C" w:rsidRPr="003915B3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6CC9200C" w14:textId="77777777" w:rsidR="00FD5D93" w:rsidRPr="00907131" w:rsidRDefault="00FD5D93">
      <w:pPr>
        <w:rPr>
          <w:rFonts w:ascii="Book Antiqua" w:hAnsi="Book Antiqua"/>
          <w:b/>
          <w:sz w:val="24"/>
        </w:rPr>
      </w:pPr>
    </w:p>
    <w:p w14:paraId="7ADF5721" w14:textId="77777777" w:rsidR="00C1301C" w:rsidRDefault="00712BEA">
      <w:pPr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lastRenderedPageBreak/>
        <w:t xml:space="preserve">Supervisor’s Declaration: </w:t>
      </w:r>
      <w:r w:rsidRPr="00907131">
        <w:rPr>
          <w:rFonts w:ascii="Book Antiqua" w:hAnsi="Book Antiqua"/>
          <w:sz w:val="24"/>
        </w:rPr>
        <w:t xml:space="preserve">I have discussed the proposed research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with the applicant. I approve the proposed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of research and am willing to supervise the candidate, subject to the approval of the University.</w:t>
      </w:r>
    </w:p>
    <w:p w14:paraId="2FA5EF9B" w14:textId="77777777" w:rsidR="007E0938" w:rsidRPr="007E0938" w:rsidRDefault="007E0938">
      <w:pPr>
        <w:rPr>
          <w:rFonts w:ascii="Book Antiqua" w:hAnsi="Book Antiqua"/>
          <w:sz w:val="20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8"/>
        <w:gridCol w:w="6066"/>
      </w:tblGrid>
      <w:tr w:rsidR="00C1301C" w:rsidRPr="00907131" w14:paraId="43128A2F" w14:textId="77777777" w:rsidTr="00421350">
        <w:trPr>
          <w:trHeight w:val="639"/>
        </w:trPr>
        <w:tc>
          <w:tcPr>
            <w:tcW w:w="4158" w:type="dxa"/>
            <w:vAlign w:val="center"/>
          </w:tcPr>
          <w:p w14:paraId="651E870B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Date: __________________________</w:t>
            </w:r>
          </w:p>
        </w:tc>
        <w:tc>
          <w:tcPr>
            <w:tcW w:w="6066" w:type="dxa"/>
            <w:vAlign w:val="center"/>
          </w:tcPr>
          <w:p w14:paraId="5F2FAD27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Signature of Supervisor: __________________________</w:t>
            </w:r>
          </w:p>
        </w:tc>
      </w:tr>
    </w:tbl>
    <w:p w14:paraId="394BFED2" w14:textId="77777777" w:rsidR="00FD5D93" w:rsidRPr="00421350" w:rsidRDefault="00FD5D93">
      <w:pPr>
        <w:spacing w:before="160" w:after="80"/>
        <w:rPr>
          <w:rFonts w:ascii="Book Antiqua" w:hAnsi="Book Antiqua"/>
          <w:b/>
          <w:sz w:val="18"/>
          <w:szCs w:val="16"/>
        </w:rPr>
      </w:pPr>
    </w:p>
    <w:p w14:paraId="337B9EA6" w14:textId="77777777" w:rsidR="00C1301C" w:rsidRDefault="00712BEA">
      <w:pPr>
        <w:spacing w:before="160" w:after="80"/>
        <w:rPr>
          <w:rFonts w:ascii="Book Antiqua" w:hAnsi="Book Antiqua"/>
          <w:b/>
          <w:sz w:val="24"/>
        </w:rPr>
      </w:pPr>
      <w:r w:rsidRPr="00907131">
        <w:rPr>
          <w:rFonts w:ascii="Book Antiqua" w:hAnsi="Book Antiqua"/>
          <w:b/>
          <w:sz w:val="24"/>
        </w:rPr>
        <w:t>SECTION 7 – STATEMENT OF PURPOSE</w:t>
      </w:r>
    </w:p>
    <w:p w14:paraId="28821069" w14:textId="77777777" w:rsidR="003915B3" w:rsidRPr="003915B3" w:rsidRDefault="003915B3">
      <w:pPr>
        <w:spacing w:before="160" w:after="80"/>
        <w:rPr>
          <w:rFonts w:ascii="Book Antiqua" w:hAnsi="Book Antiqua"/>
          <w:sz w:val="2"/>
        </w:rPr>
      </w:pPr>
    </w:p>
    <w:p w14:paraId="20BC5846" w14:textId="77777777" w:rsidR="00C1301C" w:rsidRPr="00907131" w:rsidRDefault="00712BEA" w:rsidP="00FD5D93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 xml:space="preserve">Give reasons for wishing to undertake the proposed research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>, including its relationship to your previous academic and professional experience and your intended future career or research plans.</w:t>
      </w:r>
    </w:p>
    <w:p w14:paraId="74933DE2" w14:textId="77777777" w:rsidR="00FD5D93" w:rsidRPr="00907131" w:rsidRDefault="00FD5D93" w:rsidP="00FD5D93">
      <w:pPr>
        <w:jc w:val="both"/>
        <w:rPr>
          <w:rFonts w:ascii="Book Antiqua" w:hAnsi="Book Antiqua"/>
          <w:sz w:val="24"/>
        </w:rPr>
      </w:pPr>
    </w:p>
    <w:p w14:paraId="4FB9F9BE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2CAEC491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47B7C0A6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6F666F34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47C501FF" w14:textId="77777777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SECTION 8 – OTHER DETAILS</w:t>
      </w:r>
    </w:p>
    <w:p w14:paraId="6BEA60E3" w14:textId="77777777" w:rsidR="00C1301C" w:rsidRPr="00907131" w:rsidRDefault="00712BEA" w:rsidP="00FD5D93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 xml:space="preserve">1. Have you previously been registered for a postgraduate degree, diploma, or any other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/ examination at this University or at any other university or higher education institution?</w:t>
      </w:r>
    </w:p>
    <w:p w14:paraId="1993C8B9" w14:textId="77777777" w:rsidR="00C1301C" w:rsidRPr="00907131" w:rsidRDefault="00712BEA" w:rsidP="00FD5D93">
      <w:pPr>
        <w:jc w:val="both"/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Yes      </w:t>
      </w: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No</w:t>
      </w:r>
    </w:p>
    <w:p w14:paraId="5588162E" w14:textId="77777777" w:rsidR="00C1301C" w:rsidRPr="00907131" w:rsidRDefault="00712BEA" w:rsidP="00FD5D93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If yes, provide details:</w:t>
      </w:r>
    </w:p>
    <w:p w14:paraId="60C7CCA8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6C034316" w14:textId="77777777" w:rsidR="00C1301C" w:rsidRPr="00907131" w:rsidRDefault="00712BEA" w:rsidP="00FD5D93">
      <w:pPr>
        <w:spacing w:line="480" w:lineRule="auto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_____________________________________________________________________________________</w:t>
      </w:r>
    </w:p>
    <w:p w14:paraId="54319F13" w14:textId="77777777" w:rsidR="00C1301C" w:rsidRPr="00907131" w:rsidRDefault="00712BEA">
      <w:pPr>
        <w:rPr>
          <w:rFonts w:ascii="Book Antiqua" w:hAnsi="Book Antiqua"/>
        </w:rPr>
      </w:pPr>
      <w:r w:rsidRPr="00907131">
        <w:rPr>
          <w:rFonts w:ascii="Book Antiqua" w:hAnsi="Book Antiqua"/>
        </w:rPr>
        <w:t>2. Any other relevant information:</w:t>
      </w:r>
    </w:p>
    <w:p w14:paraId="0EB06DF4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64FAD173" w14:textId="7B28D930" w:rsidR="0099330D" w:rsidRPr="007E0938" w:rsidRDefault="00712BEA" w:rsidP="007E0938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311FE950" w14:textId="77777777" w:rsidR="007E0938" w:rsidRDefault="007E0938">
      <w:pPr>
        <w:spacing w:before="160" w:after="80"/>
        <w:rPr>
          <w:rFonts w:ascii="Book Antiqua" w:hAnsi="Book Antiqua"/>
          <w:b/>
          <w:sz w:val="24"/>
        </w:rPr>
      </w:pPr>
    </w:p>
    <w:p w14:paraId="17C7A43A" w14:textId="77777777" w:rsidR="007E0938" w:rsidRDefault="007E0938">
      <w:pPr>
        <w:spacing w:before="160" w:after="80"/>
        <w:rPr>
          <w:rFonts w:ascii="Book Antiqua" w:hAnsi="Book Antiqua"/>
          <w:b/>
          <w:sz w:val="24"/>
        </w:rPr>
      </w:pPr>
    </w:p>
    <w:p w14:paraId="0BFFF41C" w14:textId="77777777" w:rsidR="007E0938" w:rsidRDefault="007E0938">
      <w:pPr>
        <w:spacing w:before="160" w:after="80"/>
        <w:rPr>
          <w:rFonts w:ascii="Book Antiqua" w:hAnsi="Book Antiqua"/>
          <w:b/>
          <w:sz w:val="24"/>
        </w:rPr>
      </w:pPr>
    </w:p>
    <w:p w14:paraId="1835633A" w14:textId="754496E8" w:rsidR="00C1301C" w:rsidRDefault="00712BEA">
      <w:pPr>
        <w:spacing w:before="160" w:after="80"/>
        <w:rPr>
          <w:rFonts w:ascii="Book Antiqua" w:hAnsi="Book Antiqua"/>
          <w:b/>
          <w:sz w:val="24"/>
        </w:rPr>
      </w:pPr>
      <w:r w:rsidRPr="00907131">
        <w:rPr>
          <w:rFonts w:ascii="Book Antiqua" w:hAnsi="Book Antiqua"/>
          <w:b/>
          <w:sz w:val="24"/>
        </w:rPr>
        <w:lastRenderedPageBreak/>
        <w:t>SECTION 9 – APPLICANT’S DECLARATION</w:t>
      </w:r>
    </w:p>
    <w:p w14:paraId="532C6270" w14:textId="77777777" w:rsidR="003915B3" w:rsidRPr="003915B3" w:rsidRDefault="003915B3">
      <w:pPr>
        <w:spacing w:before="160" w:after="80"/>
        <w:rPr>
          <w:rFonts w:ascii="Book Antiqua" w:hAnsi="Book Antiqua"/>
          <w:sz w:val="8"/>
        </w:rPr>
      </w:pPr>
    </w:p>
    <w:p w14:paraId="68C94FA2" w14:textId="01002F27" w:rsidR="00C1301C" w:rsidRDefault="00712BEA" w:rsidP="00FD5D93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 xml:space="preserve">I hereby declare that the information provided in this application and in all documents submitted in support of this application is true and accurate to the best of my knowledge. I agree to abide by all rules, regulations, statutes and procedures applicable to MPhil / PhD students </w:t>
      </w:r>
      <w:r w:rsidR="003915B3">
        <w:rPr>
          <w:rFonts w:ascii="Book Antiqua" w:hAnsi="Book Antiqua"/>
          <w:sz w:val="24"/>
        </w:rPr>
        <w:t xml:space="preserve">of </w:t>
      </w:r>
      <w:r w:rsidRPr="00907131">
        <w:rPr>
          <w:rFonts w:ascii="Book Antiqua" w:hAnsi="Book Antiqua"/>
          <w:sz w:val="24"/>
        </w:rPr>
        <w:t xml:space="preserve">Eastern University, Sri Lanka. I further understand that the University reserves the right to cancel my registration if any information provided is found to be false, misleading or in violation of </w:t>
      </w:r>
      <w:r w:rsidR="008E7435" w:rsidRPr="00907131">
        <w:rPr>
          <w:rFonts w:ascii="Book Antiqua" w:hAnsi="Book Antiqua"/>
          <w:sz w:val="24"/>
        </w:rPr>
        <w:t>university</w:t>
      </w:r>
      <w:r w:rsidRPr="00907131">
        <w:rPr>
          <w:rFonts w:ascii="Book Antiqua" w:hAnsi="Book Antiqua"/>
          <w:sz w:val="24"/>
        </w:rPr>
        <w:t xml:space="preserve"> regulations.</w:t>
      </w:r>
    </w:p>
    <w:tbl>
      <w:tblPr>
        <w:tblpPr w:leftFromText="180" w:rightFromText="180" w:vertAnchor="text" w:horzAnchor="margin" w:tblpX="108" w:tblpY="56"/>
        <w:tblW w:w="0" w:type="auto"/>
        <w:tblLook w:val="04A0" w:firstRow="1" w:lastRow="0" w:firstColumn="1" w:lastColumn="0" w:noHBand="0" w:noVBand="1"/>
      </w:tblPr>
      <w:tblGrid>
        <w:gridCol w:w="3893"/>
        <w:gridCol w:w="6283"/>
      </w:tblGrid>
      <w:tr w:rsidR="003915B3" w:rsidRPr="00907131" w14:paraId="19ADC5F2" w14:textId="77777777" w:rsidTr="0099330D">
        <w:trPr>
          <w:trHeight w:val="514"/>
        </w:trPr>
        <w:tc>
          <w:tcPr>
            <w:tcW w:w="3893" w:type="dxa"/>
            <w:vAlign w:val="center"/>
          </w:tcPr>
          <w:p w14:paraId="0E00D7BD" w14:textId="3831C82B" w:rsidR="003915B3" w:rsidRPr="00907131" w:rsidRDefault="003915B3" w:rsidP="0099330D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Date:</w:t>
            </w:r>
            <w:r w:rsidR="0099330D">
              <w:rPr>
                <w:rFonts w:ascii="Book Antiqua" w:hAnsi="Book Antiqua"/>
                <w:sz w:val="24"/>
              </w:rPr>
              <w:t xml:space="preserve"> </w:t>
            </w:r>
            <w:r w:rsidRPr="00907131">
              <w:rPr>
                <w:rFonts w:ascii="Book Antiqua" w:hAnsi="Book Antiqua"/>
                <w:sz w:val="24"/>
              </w:rPr>
              <w:t>_________________________</w:t>
            </w:r>
          </w:p>
        </w:tc>
        <w:tc>
          <w:tcPr>
            <w:tcW w:w="6283" w:type="dxa"/>
            <w:vAlign w:val="center"/>
          </w:tcPr>
          <w:p w14:paraId="516137FD" w14:textId="77777777" w:rsidR="003915B3" w:rsidRPr="00907131" w:rsidRDefault="003915B3" w:rsidP="0099330D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Signature of Applicant: __________________________</w:t>
            </w:r>
          </w:p>
        </w:tc>
      </w:tr>
      <w:tr w:rsidR="003915B3" w:rsidRPr="00907131" w14:paraId="30BAC721" w14:textId="77777777" w:rsidTr="0099330D">
        <w:trPr>
          <w:trHeight w:val="514"/>
        </w:trPr>
        <w:tc>
          <w:tcPr>
            <w:tcW w:w="10176" w:type="dxa"/>
            <w:gridSpan w:val="2"/>
            <w:vAlign w:val="center"/>
          </w:tcPr>
          <w:p w14:paraId="3A8F9102" w14:textId="77777777" w:rsidR="003915B3" w:rsidRPr="00907131" w:rsidRDefault="003915B3" w:rsidP="0099330D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Name of Applicant: __________________________</w:t>
            </w:r>
          </w:p>
        </w:tc>
      </w:tr>
    </w:tbl>
    <w:p w14:paraId="087608D2" w14:textId="77777777" w:rsidR="003915B3" w:rsidRPr="003915B3" w:rsidRDefault="003915B3" w:rsidP="00FD5D93">
      <w:pPr>
        <w:jc w:val="both"/>
        <w:rPr>
          <w:rFonts w:ascii="Book Antiqua" w:hAnsi="Book Antiqua"/>
          <w:sz w:val="12"/>
        </w:rPr>
      </w:pPr>
    </w:p>
    <w:p w14:paraId="333D0CDF" w14:textId="7FF187DF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SECTION 10 – APPLICANTS WHO ARE STAFF MEMBERS OF A</w:t>
      </w:r>
      <w:r w:rsidR="00004860">
        <w:rPr>
          <w:rFonts w:ascii="Book Antiqua" w:hAnsi="Book Antiqua"/>
          <w:b/>
          <w:sz w:val="24"/>
        </w:rPr>
        <w:t xml:space="preserve">NY </w:t>
      </w:r>
      <w:r w:rsidRPr="00907131">
        <w:rPr>
          <w:rFonts w:ascii="Book Antiqua" w:hAnsi="Book Antiqua"/>
          <w:b/>
          <w:sz w:val="24"/>
        </w:rPr>
        <w:t>UNIVERSITY IN SRI LANKA</w:t>
      </w:r>
    </w:p>
    <w:p w14:paraId="4823A3C6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A. Certification by the Deputy Registrar / Academic Establishment (Regarding service status, other postgraduate registrations, eligibility and study leave.)</w:t>
      </w:r>
    </w:p>
    <w:tbl>
      <w:tblPr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5508"/>
        <w:gridCol w:w="45"/>
        <w:gridCol w:w="4949"/>
        <w:gridCol w:w="27"/>
      </w:tblGrid>
      <w:tr w:rsidR="00C1301C" w:rsidRPr="00907131" w14:paraId="60D7E7C4" w14:textId="77777777" w:rsidTr="0099330D">
        <w:trPr>
          <w:trHeight w:val="613"/>
          <w:jc w:val="center"/>
        </w:trPr>
        <w:tc>
          <w:tcPr>
            <w:tcW w:w="5553" w:type="dxa"/>
            <w:gridSpan w:val="2"/>
            <w:vAlign w:val="center"/>
          </w:tcPr>
          <w:p w14:paraId="1A4EB7D3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proofErr w:type="spellStart"/>
            <w:r w:rsidRPr="00907131">
              <w:rPr>
                <w:rFonts w:ascii="Book Antiqua" w:hAnsi="Book Antiqua"/>
                <w:sz w:val="24"/>
              </w:rPr>
              <w:t>i</w:t>
            </w:r>
            <w:proofErr w:type="spellEnd"/>
            <w:r w:rsidRPr="00907131">
              <w:rPr>
                <w:rFonts w:ascii="Book Antiqua" w:hAnsi="Book Antiqua"/>
                <w:sz w:val="24"/>
              </w:rPr>
              <w:t>. Service Period:</w:t>
            </w:r>
          </w:p>
        </w:tc>
        <w:tc>
          <w:tcPr>
            <w:tcW w:w="4976" w:type="dxa"/>
            <w:gridSpan w:val="2"/>
            <w:vAlign w:val="center"/>
          </w:tcPr>
          <w:p w14:paraId="58EEEBC6" w14:textId="77777777" w:rsidR="00C1301C" w:rsidRPr="00907131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FD5D93" w:rsidRPr="00907131" w14:paraId="0638282E" w14:textId="77777777" w:rsidTr="003915B3">
        <w:trPr>
          <w:trHeight w:val="671"/>
          <w:jc w:val="center"/>
        </w:trPr>
        <w:tc>
          <w:tcPr>
            <w:tcW w:w="10529" w:type="dxa"/>
            <w:gridSpan w:val="4"/>
            <w:vAlign w:val="center"/>
          </w:tcPr>
          <w:p w14:paraId="55E32610" w14:textId="77777777" w:rsidR="00FD5D93" w:rsidRPr="00907131" w:rsidRDefault="00FD5D93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ii. Nature of Service:   </w:t>
            </w:r>
            <w:r w:rsidRPr="00907131">
              <w:rPr>
                <w:rFonts w:ascii="Segoe UI Symbol" w:hAnsi="Segoe UI Symbol" w:cs="Segoe UI Symbol"/>
                <w:sz w:val="24"/>
              </w:rPr>
              <w:t>☐</w:t>
            </w:r>
            <w:r w:rsidRPr="00907131">
              <w:rPr>
                <w:rFonts w:ascii="Book Antiqua" w:hAnsi="Book Antiqua"/>
                <w:sz w:val="24"/>
              </w:rPr>
              <w:t xml:space="preserve"> Permanent   </w:t>
            </w:r>
            <w:r w:rsidRPr="00907131">
              <w:rPr>
                <w:rFonts w:ascii="Segoe UI Symbol" w:hAnsi="Segoe UI Symbol" w:cs="Segoe UI Symbol"/>
                <w:sz w:val="24"/>
              </w:rPr>
              <w:t>☐</w:t>
            </w:r>
            <w:r w:rsidRPr="00907131">
              <w:rPr>
                <w:rFonts w:ascii="Book Antiqua" w:hAnsi="Book Antiqua"/>
                <w:sz w:val="24"/>
              </w:rPr>
              <w:t xml:space="preserve"> Temporary</w:t>
            </w:r>
          </w:p>
        </w:tc>
      </w:tr>
      <w:tr w:rsidR="00C1301C" w:rsidRPr="00907131" w14:paraId="641BDFA4" w14:textId="77777777" w:rsidTr="0099330D">
        <w:trPr>
          <w:trHeight w:val="920"/>
          <w:jc w:val="center"/>
        </w:trPr>
        <w:tc>
          <w:tcPr>
            <w:tcW w:w="5553" w:type="dxa"/>
            <w:gridSpan w:val="2"/>
            <w:vAlign w:val="center"/>
          </w:tcPr>
          <w:p w14:paraId="336A238F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iii. If registered for any postgraduate </w:t>
            </w:r>
            <w:proofErr w:type="spellStart"/>
            <w:r w:rsidRPr="00907131">
              <w:rPr>
                <w:rFonts w:ascii="Book Antiqua" w:hAnsi="Book Antiqua"/>
                <w:sz w:val="24"/>
              </w:rPr>
              <w:t>programme</w:t>
            </w:r>
            <w:proofErr w:type="spellEnd"/>
            <w:r w:rsidRPr="00907131">
              <w:rPr>
                <w:rFonts w:ascii="Book Antiqua" w:hAnsi="Book Antiqua"/>
                <w:sz w:val="24"/>
              </w:rPr>
              <w:t xml:space="preserve"> at another institution, please specify:</w:t>
            </w:r>
          </w:p>
        </w:tc>
        <w:tc>
          <w:tcPr>
            <w:tcW w:w="4976" w:type="dxa"/>
            <w:gridSpan w:val="2"/>
            <w:vAlign w:val="center"/>
          </w:tcPr>
          <w:p w14:paraId="09E2FD4B" w14:textId="77777777" w:rsidR="00C1301C" w:rsidRPr="00907131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C1301C" w:rsidRPr="00907131" w14:paraId="30D8C43C" w14:textId="77777777" w:rsidTr="0099330D">
        <w:trPr>
          <w:trHeight w:val="627"/>
          <w:jc w:val="center"/>
        </w:trPr>
        <w:tc>
          <w:tcPr>
            <w:tcW w:w="5553" w:type="dxa"/>
            <w:gridSpan w:val="2"/>
            <w:vAlign w:val="center"/>
          </w:tcPr>
          <w:p w14:paraId="1C5F75AA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iv. Available Study Leave Period:</w:t>
            </w:r>
          </w:p>
        </w:tc>
        <w:tc>
          <w:tcPr>
            <w:tcW w:w="4976" w:type="dxa"/>
            <w:gridSpan w:val="2"/>
            <w:vAlign w:val="center"/>
          </w:tcPr>
          <w:p w14:paraId="1531C17E" w14:textId="77777777" w:rsidR="00C1301C" w:rsidRPr="00907131" w:rsidRDefault="00C1301C">
            <w:pPr>
              <w:spacing w:after="0"/>
              <w:rPr>
                <w:rFonts w:ascii="Book Antiqua" w:hAnsi="Book Antiqua"/>
                <w:sz w:val="24"/>
              </w:rPr>
            </w:pPr>
          </w:p>
        </w:tc>
      </w:tr>
      <w:tr w:rsidR="00C1301C" w:rsidRPr="00907131" w14:paraId="003EB3CE" w14:textId="77777777" w:rsidTr="0099330D">
        <w:tblPrEx>
          <w:jc w:val="left"/>
        </w:tblPrEx>
        <w:trPr>
          <w:gridAfter w:val="1"/>
          <w:wAfter w:w="27" w:type="dxa"/>
          <w:trHeight w:val="609"/>
        </w:trPr>
        <w:tc>
          <w:tcPr>
            <w:tcW w:w="5508" w:type="dxa"/>
            <w:vAlign w:val="center"/>
          </w:tcPr>
          <w:p w14:paraId="06ECF3E3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Date: __________________________</w:t>
            </w:r>
          </w:p>
        </w:tc>
        <w:tc>
          <w:tcPr>
            <w:tcW w:w="4994" w:type="dxa"/>
            <w:gridSpan w:val="2"/>
            <w:vAlign w:val="center"/>
          </w:tcPr>
          <w:p w14:paraId="4FBF7D82" w14:textId="0E9AF2E0" w:rsidR="00C1301C" w:rsidRPr="00907131" w:rsidRDefault="00712BEA" w:rsidP="0099330D">
            <w:pPr>
              <w:spacing w:after="0" w:line="360" w:lineRule="auto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Signature of Deputy Registrar / Academic Establishment: _______________________</w:t>
            </w:r>
          </w:p>
        </w:tc>
      </w:tr>
    </w:tbl>
    <w:p w14:paraId="00849592" w14:textId="77777777" w:rsidR="00FD5D93" w:rsidRPr="00907131" w:rsidRDefault="00FD5D93">
      <w:pPr>
        <w:rPr>
          <w:rFonts w:ascii="Book Antiqua" w:hAnsi="Book Antiqua"/>
          <w:sz w:val="24"/>
        </w:rPr>
      </w:pPr>
    </w:p>
    <w:p w14:paraId="796AAA33" w14:textId="336DDC3E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Official Stamp:</w:t>
      </w:r>
    </w:p>
    <w:p w14:paraId="0C105C88" w14:textId="77777777" w:rsidR="00FD5D93" w:rsidRPr="00907131" w:rsidRDefault="00FD5D93">
      <w:pPr>
        <w:rPr>
          <w:rFonts w:ascii="Book Antiqua" w:hAnsi="Book Antiqua"/>
          <w:b/>
        </w:rPr>
      </w:pPr>
    </w:p>
    <w:p w14:paraId="6ABA78CA" w14:textId="77777777" w:rsidR="00C1301C" w:rsidRPr="00907131" w:rsidRDefault="00712BEA" w:rsidP="003915B3">
      <w:pPr>
        <w:jc w:val="both"/>
        <w:rPr>
          <w:rFonts w:ascii="Book Antiqua" w:hAnsi="Book Antiqua"/>
          <w:sz w:val="24"/>
        </w:rPr>
      </w:pPr>
      <w:r w:rsidRPr="003915B3">
        <w:rPr>
          <w:rFonts w:ascii="Book Antiqua" w:hAnsi="Book Antiqua"/>
          <w:sz w:val="24"/>
        </w:rPr>
        <w:t>B. Recommendation of the Head of the Department</w:t>
      </w:r>
      <w:r w:rsidRPr="00907131">
        <w:rPr>
          <w:rFonts w:ascii="Book Antiqua" w:hAnsi="Book Antiqua"/>
          <w:sz w:val="24"/>
        </w:rPr>
        <w:t xml:space="preserve"> (Regarding leave / release and departmental requirements.)</w:t>
      </w:r>
    </w:p>
    <w:p w14:paraId="0EB8BDBE" w14:textId="77777777" w:rsidR="00FD5D93" w:rsidRPr="00907131" w:rsidRDefault="00FD5D93" w:rsidP="00FD5D93">
      <w:pPr>
        <w:spacing w:line="480" w:lineRule="auto"/>
        <w:rPr>
          <w:rFonts w:ascii="Book Antiqua" w:hAnsi="Book Antiqua"/>
          <w:sz w:val="4"/>
        </w:rPr>
      </w:pPr>
    </w:p>
    <w:p w14:paraId="6053EC20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0E967A1E" w14:textId="77777777" w:rsidR="00C1301C" w:rsidRPr="00907131" w:rsidRDefault="00712BEA" w:rsidP="00FD5D93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tbl>
      <w:tblPr>
        <w:tblW w:w="10492" w:type="dxa"/>
        <w:tblLook w:val="04A0" w:firstRow="1" w:lastRow="0" w:firstColumn="1" w:lastColumn="0" w:noHBand="0" w:noVBand="1"/>
      </w:tblPr>
      <w:tblGrid>
        <w:gridCol w:w="3904"/>
        <w:gridCol w:w="6588"/>
      </w:tblGrid>
      <w:tr w:rsidR="00C1301C" w:rsidRPr="00907131" w14:paraId="416A2DA2" w14:textId="77777777" w:rsidTr="003915B3">
        <w:trPr>
          <w:trHeight w:val="762"/>
        </w:trPr>
        <w:tc>
          <w:tcPr>
            <w:tcW w:w="3904" w:type="dxa"/>
            <w:vAlign w:val="center"/>
          </w:tcPr>
          <w:p w14:paraId="3DD7995B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>Date:</w:t>
            </w:r>
            <w:r w:rsidRPr="00907131">
              <w:rPr>
                <w:rFonts w:ascii="Book Antiqua" w:hAnsi="Book Antiqua"/>
                <w:sz w:val="20"/>
              </w:rPr>
              <w:t xml:space="preserve"> __________________________</w:t>
            </w:r>
          </w:p>
        </w:tc>
        <w:tc>
          <w:tcPr>
            <w:tcW w:w="6588" w:type="dxa"/>
            <w:vAlign w:val="center"/>
          </w:tcPr>
          <w:p w14:paraId="13230457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Signature of Head of Department: </w:t>
            </w:r>
            <w:r w:rsidRPr="00907131">
              <w:rPr>
                <w:rFonts w:ascii="Book Antiqua" w:hAnsi="Book Antiqua"/>
                <w:sz w:val="20"/>
              </w:rPr>
              <w:t>__________________________</w:t>
            </w:r>
          </w:p>
        </w:tc>
      </w:tr>
    </w:tbl>
    <w:p w14:paraId="21658A40" w14:textId="77777777" w:rsidR="005A609A" w:rsidRPr="00907131" w:rsidRDefault="005A609A">
      <w:pPr>
        <w:rPr>
          <w:rFonts w:ascii="Book Antiqua" w:hAnsi="Book Antiqua"/>
          <w:b/>
        </w:rPr>
      </w:pPr>
    </w:p>
    <w:p w14:paraId="106179D4" w14:textId="77777777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lastRenderedPageBreak/>
        <w:t>SECTION 11 – APPLICANTS WHO ARE STAFF MEMBERS OF ANOTHER INSTITUTION / ORGANIZATION</w:t>
      </w:r>
    </w:p>
    <w:p w14:paraId="068B7C55" w14:textId="77777777" w:rsidR="00C1301C" w:rsidRPr="00907131" w:rsidRDefault="00712BEA" w:rsidP="005A609A">
      <w:pPr>
        <w:jc w:val="both"/>
        <w:rPr>
          <w:rFonts w:ascii="Book Antiqua" w:hAnsi="Book Antiqua"/>
          <w:b/>
          <w:sz w:val="24"/>
        </w:rPr>
      </w:pPr>
      <w:r w:rsidRPr="00907131">
        <w:rPr>
          <w:rFonts w:ascii="Book Antiqua" w:hAnsi="Book Antiqua"/>
          <w:b/>
          <w:sz w:val="24"/>
        </w:rPr>
        <w:t>Recommendation of the Head of the Institution / Organization</w:t>
      </w:r>
    </w:p>
    <w:p w14:paraId="302D72D7" w14:textId="77777777" w:rsidR="005A609A" w:rsidRPr="00907131" w:rsidRDefault="005A609A" w:rsidP="005A609A">
      <w:pPr>
        <w:jc w:val="both"/>
        <w:rPr>
          <w:rFonts w:ascii="Book Antiqua" w:hAnsi="Book Antiqua"/>
          <w:sz w:val="12"/>
        </w:rPr>
      </w:pPr>
    </w:p>
    <w:p w14:paraId="5A9B7127" w14:textId="77777777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proofErr w:type="spellStart"/>
      <w:r w:rsidRPr="00907131">
        <w:rPr>
          <w:rFonts w:ascii="Book Antiqua" w:hAnsi="Book Antiqua"/>
          <w:sz w:val="24"/>
        </w:rPr>
        <w:t>i</w:t>
      </w:r>
      <w:proofErr w:type="spellEnd"/>
      <w:r w:rsidRPr="00907131">
        <w:rPr>
          <w:rFonts w:ascii="Book Antiqua" w:hAnsi="Book Antiqua"/>
          <w:sz w:val="24"/>
        </w:rPr>
        <w:t xml:space="preserve">. If the applicant is employed and applies for full-time study, a letter from the employer confirming that study leave will be granted for the proposed research </w:t>
      </w:r>
      <w:proofErr w:type="spellStart"/>
      <w:r w:rsidRPr="00907131">
        <w:rPr>
          <w:rFonts w:ascii="Book Antiqua" w:hAnsi="Book Antiqua"/>
          <w:sz w:val="24"/>
        </w:rPr>
        <w:t>programme</w:t>
      </w:r>
      <w:proofErr w:type="spellEnd"/>
      <w:r w:rsidRPr="00907131">
        <w:rPr>
          <w:rFonts w:ascii="Book Antiqua" w:hAnsi="Book Antiqua"/>
          <w:sz w:val="24"/>
        </w:rPr>
        <w:t xml:space="preserve"> must be attached.</w:t>
      </w:r>
    </w:p>
    <w:p w14:paraId="1850D736" w14:textId="77777777" w:rsidR="005A609A" w:rsidRPr="00907131" w:rsidRDefault="005A609A" w:rsidP="005A609A">
      <w:pPr>
        <w:jc w:val="both"/>
        <w:rPr>
          <w:rFonts w:ascii="Book Antiqua" w:hAnsi="Book Antiqua"/>
          <w:sz w:val="10"/>
        </w:rPr>
      </w:pPr>
    </w:p>
    <w:p w14:paraId="705CF7A0" w14:textId="77777777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ii. If the applicant is employed and applies for full-time or part-time study, the application must be submitted with the recommendation of the Head of the Institution / Organization by completing the following section.</w:t>
      </w:r>
    </w:p>
    <w:p w14:paraId="39949A21" w14:textId="77777777" w:rsidR="005A609A" w:rsidRPr="00907131" w:rsidRDefault="005A609A" w:rsidP="005A609A">
      <w:pPr>
        <w:jc w:val="both"/>
        <w:rPr>
          <w:rFonts w:ascii="Book Antiqua" w:hAnsi="Book Antiqua"/>
          <w:sz w:val="12"/>
        </w:rPr>
      </w:pPr>
    </w:p>
    <w:p w14:paraId="14E9B823" w14:textId="77777777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The application is forwarded with the recommendation that, if selected, the applicant be permitted to undertake the proposed research at Eastern University, Sri Lanka in:</w:t>
      </w:r>
    </w:p>
    <w:p w14:paraId="591DB4A2" w14:textId="77777777" w:rsidR="0099330D" w:rsidRDefault="0099330D" w:rsidP="005A609A">
      <w:pPr>
        <w:jc w:val="both"/>
        <w:rPr>
          <w:rFonts w:ascii="Segoe UI Symbol" w:hAnsi="Segoe UI Symbol" w:cs="Segoe UI Symbol"/>
          <w:sz w:val="24"/>
        </w:rPr>
      </w:pPr>
    </w:p>
    <w:p w14:paraId="6549C984" w14:textId="18A6FBFC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Part-time mode      </w:t>
      </w: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Full-time mode</w:t>
      </w:r>
    </w:p>
    <w:p w14:paraId="5AC4ACA3" w14:textId="77777777" w:rsidR="005A609A" w:rsidRPr="0099330D" w:rsidRDefault="005A609A" w:rsidP="005A609A">
      <w:pPr>
        <w:jc w:val="both"/>
        <w:rPr>
          <w:rFonts w:ascii="Book Antiqua" w:hAnsi="Book Antiqua"/>
          <w:sz w:val="18"/>
          <w:szCs w:val="16"/>
        </w:rPr>
      </w:pPr>
    </w:p>
    <w:p w14:paraId="461FC155" w14:textId="77777777" w:rsidR="00C1301C" w:rsidRPr="00907131" w:rsidRDefault="00712BEA" w:rsidP="005A609A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4B48A4BB" w14:textId="77777777" w:rsidR="00C1301C" w:rsidRPr="00907131" w:rsidRDefault="00712BEA" w:rsidP="005A609A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tbl>
      <w:tblPr>
        <w:tblW w:w="11178" w:type="dxa"/>
        <w:tblLook w:val="04A0" w:firstRow="1" w:lastRow="0" w:firstColumn="1" w:lastColumn="0" w:noHBand="0" w:noVBand="1"/>
      </w:tblPr>
      <w:tblGrid>
        <w:gridCol w:w="3168"/>
        <w:gridCol w:w="8010"/>
      </w:tblGrid>
      <w:tr w:rsidR="00C1301C" w:rsidRPr="00907131" w14:paraId="42D1310F" w14:textId="77777777" w:rsidTr="003F61B0">
        <w:trPr>
          <w:trHeight w:val="1190"/>
        </w:trPr>
        <w:tc>
          <w:tcPr>
            <w:tcW w:w="3168" w:type="dxa"/>
            <w:vAlign w:val="center"/>
          </w:tcPr>
          <w:p w14:paraId="3CE48562" w14:textId="4D6C0BD1" w:rsidR="00C1301C" w:rsidRPr="003F61B0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Date</w:t>
            </w:r>
            <w:r w:rsidR="003F61B0">
              <w:rPr>
                <w:rFonts w:ascii="Book Antiqua" w:hAnsi="Book Antiqua"/>
                <w:sz w:val="24"/>
              </w:rPr>
              <w:t xml:space="preserve">: </w:t>
            </w:r>
            <w:r w:rsidRPr="00907131">
              <w:rPr>
                <w:rFonts w:ascii="Book Antiqua" w:hAnsi="Book Antiqua"/>
                <w:sz w:val="20"/>
              </w:rPr>
              <w:t>_______________________</w:t>
            </w:r>
          </w:p>
        </w:tc>
        <w:tc>
          <w:tcPr>
            <w:tcW w:w="8010" w:type="dxa"/>
            <w:vAlign w:val="center"/>
          </w:tcPr>
          <w:p w14:paraId="3C55CE1E" w14:textId="601A03FD" w:rsidR="00C1301C" w:rsidRPr="003F61B0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Signature of Head of Institution / Organization: </w:t>
            </w:r>
            <w:r w:rsidR="006717A0" w:rsidRPr="00907131">
              <w:rPr>
                <w:rFonts w:ascii="Book Antiqua" w:hAnsi="Book Antiqua"/>
                <w:sz w:val="20"/>
              </w:rPr>
              <w:t>__________________________</w:t>
            </w:r>
          </w:p>
        </w:tc>
      </w:tr>
      <w:tr w:rsidR="00C1301C" w:rsidRPr="00907131" w14:paraId="58CB8393" w14:textId="77777777" w:rsidTr="003F61B0">
        <w:trPr>
          <w:trHeight w:val="612"/>
        </w:trPr>
        <w:tc>
          <w:tcPr>
            <w:tcW w:w="3168" w:type="dxa"/>
            <w:vAlign w:val="center"/>
          </w:tcPr>
          <w:p w14:paraId="6E53F652" w14:textId="77777777" w:rsidR="00C1301C" w:rsidRPr="00907131" w:rsidRDefault="00712BEA">
            <w:pPr>
              <w:spacing w:after="0"/>
              <w:rPr>
                <w:rFonts w:ascii="Book Antiqua" w:hAnsi="Book Antiqua"/>
                <w:sz w:val="24"/>
              </w:rPr>
            </w:pPr>
            <w:r w:rsidRPr="00907131">
              <w:rPr>
                <w:rFonts w:ascii="Book Antiqua" w:hAnsi="Book Antiqua"/>
                <w:sz w:val="24"/>
              </w:rPr>
              <w:t>Official Stamp:</w:t>
            </w:r>
          </w:p>
        </w:tc>
        <w:tc>
          <w:tcPr>
            <w:tcW w:w="8010" w:type="dxa"/>
            <w:vAlign w:val="center"/>
          </w:tcPr>
          <w:p w14:paraId="261D9AE1" w14:textId="2DCAFE44" w:rsidR="00C1301C" w:rsidRPr="00907131" w:rsidRDefault="00C1301C">
            <w:pPr>
              <w:spacing w:after="0"/>
              <w:rPr>
                <w:rFonts w:ascii="Book Antiqua" w:hAnsi="Book Antiqua"/>
              </w:rPr>
            </w:pPr>
          </w:p>
        </w:tc>
      </w:tr>
    </w:tbl>
    <w:p w14:paraId="48845D5A" w14:textId="77777777" w:rsidR="007E0938" w:rsidRDefault="007E0938">
      <w:pPr>
        <w:spacing w:before="160" w:after="80"/>
        <w:rPr>
          <w:rFonts w:ascii="Book Antiqua" w:hAnsi="Book Antiqua"/>
          <w:b/>
          <w:sz w:val="24"/>
        </w:rPr>
      </w:pPr>
    </w:p>
    <w:p w14:paraId="5D2F2013" w14:textId="03D61F88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OFFICIAL USE ONLY</w:t>
      </w:r>
    </w:p>
    <w:p w14:paraId="73EE6D7D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Book Antiqua" w:hAnsi="Book Antiqua"/>
          <w:b/>
          <w:sz w:val="24"/>
        </w:rPr>
        <w:t xml:space="preserve">A. Observation / Recommendation of the </w:t>
      </w:r>
      <w:r w:rsidR="003915B3">
        <w:rPr>
          <w:rFonts w:ascii="Book Antiqua" w:hAnsi="Book Antiqua"/>
          <w:b/>
          <w:sz w:val="24"/>
        </w:rPr>
        <w:t>Chairperson/ Board of Study</w:t>
      </w:r>
    </w:p>
    <w:p w14:paraId="1CEB4687" w14:textId="77777777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Applicant satisfies / does not satisfy the regulations for registration.</w:t>
      </w:r>
    </w:p>
    <w:p w14:paraId="08FD7519" w14:textId="77777777" w:rsidR="00C1301C" w:rsidRPr="00907131" w:rsidRDefault="00712BEA" w:rsidP="005A609A">
      <w:pPr>
        <w:jc w:val="both"/>
        <w:rPr>
          <w:rFonts w:ascii="Book Antiqua" w:hAnsi="Book Antiqua"/>
          <w:sz w:val="24"/>
        </w:rPr>
      </w:pPr>
      <w:r w:rsidRPr="00907131">
        <w:rPr>
          <w:rFonts w:ascii="Book Antiqua" w:hAnsi="Book Antiqua"/>
          <w:sz w:val="24"/>
        </w:rPr>
        <w:t>Comments:</w:t>
      </w:r>
    </w:p>
    <w:p w14:paraId="7E820191" w14:textId="77777777" w:rsidR="005A609A" w:rsidRPr="00907131" w:rsidRDefault="005A609A">
      <w:pPr>
        <w:rPr>
          <w:rFonts w:ascii="Book Antiqua" w:hAnsi="Book Antiqua"/>
          <w:sz w:val="12"/>
        </w:rPr>
      </w:pPr>
    </w:p>
    <w:p w14:paraId="5C830E70" w14:textId="77777777" w:rsidR="00C1301C" w:rsidRPr="00907131" w:rsidRDefault="00712BEA" w:rsidP="005A609A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p w14:paraId="309D2B2F" w14:textId="1AE45929" w:rsidR="00C1301C" w:rsidRPr="00907131" w:rsidRDefault="00712BEA" w:rsidP="005A609A">
      <w:pPr>
        <w:spacing w:line="480" w:lineRule="auto"/>
        <w:rPr>
          <w:rFonts w:ascii="Book Antiqua" w:hAnsi="Book Antiqua"/>
        </w:rPr>
      </w:pPr>
      <w:r w:rsidRPr="00907131">
        <w:rPr>
          <w:rFonts w:ascii="Book Antiqua" w:hAnsi="Book Antiqua"/>
        </w:rPr>
        <w:t>_________________________________________________________________________________________________</w:t>
      </w:r>
    </w:p>
    <w:tbl>
      <w:tblPr>
        <w:tblW w:w="10524" w:type="dxa"/>
        <w:tblLook w:val="04A0" w:firstRow="1" w:lastRow="0" w:firstColumn="1" w:lastColumn="0" w:noHBand="0" w:noVBand="1"/>
      </w:tblPr>
      <w:tblGrid>
        <w:gridCol w:w="5262"/>
        <w:gridCol w:w="5262"/>
      </w:tblGrid>
      <w:tr w:rsidR="00C1301C" w:rsidRPr="00907131" w14:paraId="087C3577" w14:textId="77777777" w:rsidTr="007E0938">
        <w:trPr>
          <w:trHeight w:val="648"/>
        </w:trPr>
        <w:tc>
          <w:tcPr>
            <w:tcW w:w="5262" w:type="dxa"/>
            <w:vAlign w:val="center"/>
          </w:tcPr>
          <w:p w14:paraId="188E6B57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>Signature:</w:t>
            </w:r>
            <w:r w:rsidRPr="00907131">
              <w:rPr>
                <w:rFonts w:ascii="Book Antiqua" w:hAnsi="Book Antiqua"/>
                <w:sz w:val="20"/>
              </w:rPr>
              <w:t xml:space="preserve"> __________________________</w:t>
            </w:r>
          </w:p>
        </w:tc>
        <w:tc>
          <w:tcPr>
            <w:tcW w:w="5262" w:type="dxa"/>
            <w:vAlign w:val="center"/>
          </w:tcPr>
          <w:p w14:paraId="2AB8A41A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 xml:space="preserve">Name: </w:t>
            </w:r>
            <w:r w:rsidRPr="00907131">
              <w:rPr>
                <w:rFonts w:ascii="Book Antiqua" w:hAnsi="Book Antiqua"/>
                <w:sz w:val="20"/>
              </w:rPr>
              <w:t>__________________________</w:t>
            </w:r>
          </w:p>
        </w:tc>
      </w:tr>
      <w:tr w:rsidR="00C1301C" w:rsidRPr="00907131" w14:paraId="12323354" w14:textId="77777777" w:rsidTr="007E0938">
        <w:trPr>
          <w:trHeight w:val="531"/>
        </w:trPr>
        <w:tc>
          <w:tcPr>
            <w:tcW w:w="5262" w:type="dxa"/>
            <w:vAlign w:val="center"/>
          </w:tcPr>
          <w:p w14:paraId="201BDCAA" w14:textId="61F61EDC" w:rsidR="00C1301C" w:rsidRPr="00907131" w:rsidRDefault="0099330D">
            <w:pPr>
              <w:spacing w:after="0"/>
              <w:rPr>
                <w:rFonts w:ascii="Book Antiqua" w:hAnsi="Book Antiqua"/>
              </w:rPr>
            </w:pPr>
            <w:r>
              <w:rPr>
                <w:rFonts w:ascii="Book Antiqua" w:hAnsi="Book Antiqua"/>
                <w:sz w:val="24"/>
              </w:rPr>
              <w:t>Board of Study:</w:t>
            </w:r>
            <w:r w:rsidR="00253D26">
              <w:rPr>
                <w:rFonts w:ascii="Book Antiqua" w:hAnsi="Book Antiqua"/>
                <w:sz w:val="24"/>
              </w:rPr>
              <w:t xml:space="preserve"> </w:t>
            </w:r>
            <w:r w:rsidR="00712BEA" w:rsidRPr="00907131">
              <w:rPr>
                <w:rFonts w:ascii="Book Antiqua" w:hAnsi="Book Antiqua"/>
                <w:sz w:val="20"/>
              </w:rPr>
              <w:t>__________________________</w:t>
            </w:r>
          </w:p>
        </w:tc>
        <w:tc>
          <w:tcPr>
            <w:tcW w:w="5262" w:type="dxa"/>
            <w:vAlign w:val="center"/>
          </w:tcPr>
          <w:p w14:paraId="67ED35B4" w14:textId="77777777" w:rsidR="00C1301C" w:rsidRPr="00907131" w:rsidRDefault="00712BEA">
            <w:pPr>
              <w:spacing w:after="0"/>
              <w:rPr>
                <w:rFonts w:ascii="Book Antiqua" w:hAnsi="Book Antiqua"/>
              </w:rPr>
            </w:pPr>
            <w:r w:rsidRPr="00907131">
              <w:rPr>
                <w:rFonts w:ascii="Book Antiqua" w:hAnsi="Book Antiqua"/>
                <w:sz w:val="24"/>
              </w:rPr>
              <w:t>Date:</w:t>
            </w:r>
            <w:r w:rsidRPr="00907131">
              <w:rPr>
                <w:rFonts w:ascii="Book Antiqua" w:hAnsi="Book Antiqua"/>
                <w:sz w:val="20"/>
              </w:rPr>
              <w:t xml:space="preserve"> __________________________</w:t>
            </w:r>
          </w:p>
        </w:tc>
      </w:tr>
    </w:tbl>
    <w:p w14:paraId="2AE7D770" w14:textId="77777777" w:rsidR="005A609A" w:rsidRPr="00907131" w:rsidRDefault="005A609A">
      <w:pPr>
        <w:rPr>
          <w:rFonts w:ascii="Book Antiqua" w:hAnsi="Book Antiqua"/>
          <w:b/>
        </w:rPr>
      </w:pPr>
    </w:p>
    <w:p w14:paraId="75928848" w14:textId="0D1FA82D" w:rsidR="00C1301C" w:rsidRPr="00907131" w:rsidRDefault="007E0938">
      <w:pPr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lastRenderedPageBreak/>
        <w:t>B</w:t>
      </w:r>
      <w:r w:rsidR="00712BEA" w:rsidRPr="00907131">
        <w:rPr>
          <w:rFonts w:ascii="Book Antiqua" w:hAnsi="Book Antiqua"/>
          <w:b/>
          <w:sz w:val="24"/>
        </w:rPr>
        <w:t xml:space="preserve">. </w:t>
      </w:r>
      <w:r>
        <w:rPr>
          <w:rFonts w:ascii="Book Antiqua" w:hAnsi="Book Antiqua"/>
          <w:b/>
          <w:sz w:val="24"/>
        </w:rPr>
        <w:t>Date and Number of approvals</w:t>
      </w:r>
    </w:p>
    <w:p w14:paraId="11832314" w14:textId="77777777" w:rsidR="005A609A" w:rsidRPr="00907131" w:rsidRDefault="005A609A">
      <w:pPr>
        <w:rPr>
          <w:rFonts w:ascii="Book Antiqua" w:hAnsi="Book Antiqua"/>
          <w:sz w:val="14"/>
        </w:rPr>
      </w:pPr>
    </w:p>
    <w:p w14:paraId="7CF1FB31" w14:textId="682C1F14" w:rsidR="00421350" w:rsidRPr="00421350" w:rsidRDefault="007E0938" w:rsidP="00421350">
      <w:pPr>
        <w:pStyle w:val="ListParagraph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421350">
        <w:rPr>
          <w:rFonts w:ascii="Book Antiqua" w:hAnsi="Book Antiqua"/>
          <w:sz w:val="24"/>
          <w:szCs w:val="24"/>
        </w:rPr>
        <w:t>Board of Study of</w:t>
      </w:r>
      <w:r w:rsidR="00421350">
        <w:rPr>
          <w:rFonts w:ascii="Book Antiqua" w:hAnsi="Book Antiqua"/>
          <w:sz w:val="24"/>
          <w:szCs w:val="24"/>
        </w:rPr>
        <w:t xml:space="preserve"> </w:t>
      </w:r>
      <w:r w:rsidR="00421350" w:rsidRPr="00907131">
        <w:rPr>
          <w:rFonts w:ascii="Book Antiqua" w:hAnsi="Book Antiqua"/>
        </w:rPr>
        <w:t>_______________________________________________________________</w:t>
      </w:r>
    </w:p>
    <w:p w14:paraId="28D7F716" w14:textId="0D263F43" w:rsidR="007E0938" w:rsidRPr="00A77BA1" w:rsidRDefault="007E0938" w:rsidP="00A77BA1">
      <w:pPr>
        <w:pStyle w:val="ListParagraph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421350">
        <w:rPr>
          <w:rFonts w:ascii="Book Antiqua" w:hAnsi="Book Antiqua"/>
          <w:sz w:val="24"/>
          <w:szCs w:val="24"/>
        </w:rPr>
        <w:t xml:space="preserve">Board of Graduate Studies </w:t>
      </w:r>
      <w:r w:rsidR="00A77BA1" w:rsidRPr="00907131">
        <w:rPr>
          <w:rFonts w:ascii="Book Antiqua" w:hAnsi="Book Antiqua"/>
        </w:rPr>
        <w:t>______________________________________________________</w:t>
      </w:r>
    </w:p>
    <w:p w14:paraId="535E66A2" w14:textId="3EFF24AD" w:rsidR="00421350" w:rsidRPr="00421350" w:rsidRDefault="00421350" w:rsidP="00421350">
      <w:pPr>
        <w:pStyle w:val="ListParagraph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421350">
        <w:rPr>
          <w:rFonts w:ascii="Book Antiqua" w:hAnsi="Book Antiqua"/>
          <w:sz w:val="24"/>
          <w:szCs w:val="24"/>
        </w:rPr>
        <w:t>Sen</w:t>
      </w:r>
      <w:r w:rsidR="005C7DF2">
        <w:rPr>
          <w:rFonts w:ascii="Book Antiqua" w:hAnsi="Book Antiqua"/>
          <w:sz w:val="24"/>
          <w:szCs w:val="24"/>
        </w:rPr>
        <w:t>a</w:t>
      </w:r>
      <w:r w:rsidRPr="00421350">
        <w:rPr>
          <w:rFonts w:ascii="Book Antiqua" w:hAnsi="Book Antiqua"/>
          <w:sz w:val="24"/>
          <w:szCs w:val="24"/>
        </w:rPr>
        <w:t>te</w:t>
      </w:r>
      <w:r>
        <w:rPr>
          <w:rFonts w:ascii="Book Antiqua" w:hAnsi="Book Antiqua"/>
          <w:sz w:val="24"/>
          <w:szCs w:val="24"/>
        </w:rPr>
        <w:t xml:space="preserve"> </w:t>
      </w:r>
      <w:r w:rsidRPr="00907131">
        <w:rPr>
          <w:rFonts w:ascii="Book Antiqua" w:hAnsi="Book Antiqua"/>
        </w:rPr>
        <w:t>___________________________________________________________________________</w:t>
      </w:r>
    </w:p>
    <w:p w14:paraId="7405FCE2" w14:textId="77777777" w:rsidR="00421350" w:rsidRDefault="00421350">
      <w:pPr>
        <w:spacing w:before="160" w:after="80"/>
        <w:rPr>
          <w:rFonts w:ascii="Book Antiqua" w:hAnsi="Book Antiqua"/>
          <w:b/>
          <w:sz w:val="24"/>
        </w:rPr>
      </w:pPr>
    </w:p>
    <w:p w14:paraId="427CFBA2" w14:textId="2BF513D1" w:rsidR="00C1301C" w:rsidRPr="00907131" w:rsidRDefault="00712BEA">
      <w:pPr>
        <w:spacing w:before="160" w:after="80"/>
        <w:rPr>
          <w:rFonts w:ascii="Book Antiqua" w:hAnsi="Book Antiqua"/>
        </w:rPr>
      </w:pPr>
      <w:r w:rsidRPr="00907131">
        <w:rPr>
          <w:rFonts w:ascii="Book Antiqua" w:hAnsi="Book Antiqua"/>
          <w:b/>
          <w:sz w:val="24"/>
        </w:rPr>
        <w:t>DOCUMENT CHECKLIST</w:t>
      </w:r>
    </w:p>
    <w:p w14:paraId="4FCE43B4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Completed application form</w:t>
      </w:r>
    </w:p>
    <w:p w14:paraId="37081FAA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Research proposal in the prescribed format</w:t>
      </w:r>
    </w:p>
    <w:p w14:paraId="4DB39D57" w14:textId="181714B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Certified copy of </w:t>
      </w:r>
      <w:proofErr w:type="gramStart"/>
      <w:r w:rsidRPr="00907131">
        <w:rPr>
          <w:rFonts w:ascii="Book Antiqua" w:hAnsi="Book Antiqua"/>
          <w:sz w:val="24"/>
        </w:rPr>
        <w:t>First</w:t>
      </w:r>
      <w:r w:rsidR="00A77BA1">
        <w:rPr>
          <w:rFonts w:ascii="Book Antiqua" w:hAnsi="Book Antiqua"/>
          <w:sz w:val="24"/>
        </w:rPr>
        <w:t xml:space="preserve"> </w:t>
      </w:r>
      <w:r w:rsidRPr="00907131">
        <w:rPr>
          <w:rFonts w:ascii="Book Antiqua" w:hAnsi="Book Antiqua"/>
          <w:sz w:val="24"/>
        </w:rPr>
        <w:t>Degree</w:t>
      </w:r>
      <w:proofErr w:type="gramEnd"/>
      <w:r w:rsidRPr="00907131">
        <w:rPr>
          <w:rFonts w:ascii="Book Antiqua" w:hAnsi="Book Antiqua"/>
          <w:sz w:val="24"/>
        </w:rPr>
        <w:t xml:space="preserve"> certificate</w:t>
      </w:r>
    </w:p>
    <w:p w14:paraId="7EA7F19C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Certified academic transcript(s) of First Degree</w:t>
      </w:r>
    </w:p>
    <w:p w14:paraId="0BECFA2A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Certified copies of postgraduate degree / diploma certificates, where applicable</w:t>
      </w:r>
    </w:p>
    <w:p w14:paraId="1D45E6EA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Certified academic transcript(s) of postgraduate degree / diploma, where applicable</w:t>
      </w:r>
    </w:p>
    <w:p w14:paraId="1DB867B1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Copies / details of research publications, where applicable</w:t>
      </w:r>
    </w:p>
    <w:p w14:paraId="466EAC1F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Consent / recommendation of proposed supervisor(s), where applicable</w:t>
      </w:r>
    </w:p>
    <w:p w14:paraId="1ECDEB4B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Employer / study leave letter, where applicable</w:t>
      </w:r>
    </w:p>
    <w:p w14:paraId="5CC86167" w14:textId="77777777" w:rsidR="00C1301C" w:rsidRPr="00907131" w:rsidRDefault="00712BEA">
      <w:pPr>
        <w:rPr>
          <w:rFonts w:ascii="Book Antiqua" w:hAnsi="Book Antiqua"/>
          <w:sz w:val="24"/>
        </w:rPr>
      </w:pPr>
      <w:r w:rsidRPr="00907131">
        <w:rPr>
          <w:rFonts w:ascii="Segoe UI Symbol" w:hAnsi="Segoe UI Symbol" w:cs="Segoe UI Symbol"/>
          <w:sz w:val="24"/>
        </w:rPr>
        <w:t>☐</w:t>
      </w:r>
      <w:r w:rsidRPr="00907131">
        <w:rPr>
          <w:rFonts w:ascii="Book Antiqua" w:hAnsi="Book Antiqua"/>
          <w:sz w:val="24"/>
        </w:rPr>
        <w:t xml:space="preserve"> Any other documents required by the Faculty / University</w:t>
      </w:r>
    </w:p>
    <w:sectPr w:rsidR="00C1301C" w:rsidRPr="00907131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988B0" w14:textId="77777777" w:rsidR="00EB011E" w:rsidRDefault="00EB011E">
      <w:pPr>
        <w:spacing w:after="0" w:line="240" w:lineRule="auto"/>
      </w:pPr>
      <w:r>
        <w:separator/>
      </w:r>
    </w:p>
  </w:endnote>
  <w:endnote w:type="continuationSeparator" w:id="0">
    <w:p w14:paraId="1E028052" w14:textId="77777777" w:rsidR="00EB011E" w:rsidRDefault="00EB0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E2B49" w14:textId="77777777" w:rsidR="00C1301C" w:rsidRDefault="00712BEA">
    <w:pPr>
      <w:pStyle w:val="Footer"/>
      <w:jc w:val="center"/>
    </w:pPr>
    <w:r>
      <w:rPr>
        <w:sz w:val="16"/>
      </w:rPr>
      <w:t xml:space="preserve">Eastern University, Sri Lanka – Application for Registration: MPhil / PhD Degree </w:t>
    </w:r>
    <w:proofErr w:type="spellStart"/>
    <w:r>
      <w:rPr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8A388" w14:textId="77777777" w:rsidR="00EB011E" w:rsidRDefault="00EB011E">
      <w:pPr>
        <w:spacing w:after="0" w:line="240" w:lineRule="auto"/>
      </w:pPr>
      <w:r>
        <w:separator/>
      </w:r>
    </w:p>
  </w:footnote>
  <w:footnote w:type="continuationSeparator" w:id="0">
    <w:p w14:paraId="2FB72F36" w14:textId="77777777" w:rsidR="00EB011E" w:rsidRDefault="00EB0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0B64BE"/>
    <w:multiLevelType w:val="hybridMultilevel"/>
    <w:tmpl w:val="0E0418B6"/>
    <w:lvl w:ilvl="0" w:tplc="631486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738028">
    <w:abstractNumId w:val="8"/>
  </w:num>
  <w:num w:numId="2" w16cid:durableId="1352948311">
    <w:abstractNumId w:val="6"/>
  </w:num>
  <w:num w:numId="3" w16cid:durableId="1996571555">
    <w:abstractNumId w:val="5"/>
  </w:num>
  <w:num w:numId="4" w16cid:durableId="1003430220">
    <w:abstractNumId w:val="4"/>
  </w:num>
  <w:num w:numId="5" w16cid:durableId="2135633678">
    <w:abstractNumId w:val="7"/>
  </w:num>
  <w:num w:numId="6" w16cid:durableId="1155996783">
    <w:abstractNumId w:val="3"/>
  </w:num>
  <w:num w:numId="7" w16cid:durableId="636255349">
    <w:abstractNumId w:val="2"/>
  </w:num>
  <w:num w:numId="8" w16cid:durableId="1156728042">
    <w:abstractNumId w:val="1"/>
  </w:num>
  <w:num w:numId="9" w16cid:durableId="463810529">
    <w:abstractNumId w:val="0"/>
  </w:num>
  <w:num w:numId="10" w16cid:durableId="2330065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860"/>
    <w:rsid w:val="00034616"/>
    <w:rsid w:val="0006063C"/>
    <w:rsid w:val="0015074B"/>
    <w:rsid w:val="00180810"/>
    <w:rsid w:val="001C082B"/>
    <w:rsid w:val="00253D26"/>
    <w:rsid w:val="00256F90"/>
    <w:rsid w:val="0029639D"/>
    <w:rsid w:val="002B4535"/>
    <w:rsid w:val="002F005D"/>
    <w:rsid w:val="00326F90"/>
    <w:rsid w:val="00367ED7"/>
    <w:rsid w:val="00386440"/>
    <w:rsid w:val="003915B3"/>
    <w:rsid w:val="003F4845"/>
    <w:rsid w:val="003F61B0"/>
    <w:rsid w:val="00421350"/>
    <w:rsid w:val="005A609A"/>
    <w:rsid w:val="005C7DF2"/>
    <w:rsid w:val="006717A0"/>
    <w:rsid w:val="006D1EF5"/>
    <w:rsid w:val="00712BEA"/>
    <w:rsid w:val="007B72EF"/>
    <w:rsid w:val="007C5F87"/>
    <w:rsid w:val="007E0938"/>
    <w:rsid w:val="00806FC5"/>
    <w:rsid w:val="008C6CA4"/>
    <w:rsid w:val="008E7435"/>
    <w:rsid w:val="00907131"/>
    <w:rsid w:val="00931D4B"/>
    <w:rsid w:val="0099330D"/>
    <w:rsid w:val="00A4763D"/>
    <w:rsid w:val="00A77BA1"/>
    <w:rsid w:val="00AA1D8D"/>
    <w:rsid w:val="00B21D78"/>
    <w:rsid w:val="00B47730"/>
    <w:rsid w:val="00C1301C"/>
    <w:rsid w:val="00C95A80"/>
    <w:rsid w:val="00C96D51"/>
    <w:rsid w:val="00CB0664"/>
    <w:rsid w:val="00D14180"/>
    <w:rsid w:val="00E80DB9"/>
    <w:rsid w:val="00EB011E"/>
    <w:rsid w:val="00F00D25"/>
    <w:rsid w:val="00F04BB4"/>
    <w:rsid w:val="00F801A3"/>
    <w:rsid w:val="00FC693F"/>
    <w:rsid w:val="00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0AFBD7"/>
  <w14:defaultImageDpi w14:val="300"/>
  <w15:docId w15:val="{447341D2-92BE-4EFB-A574-39A97699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9E9F2A-BA90-4721-9C34-B5161871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FOG</cp:lastModifiedBy>
  <cp:revision>26</cp:revision>
  <dcterms:created xsi:type="dcterms:W3CDTF">2013-12-23T23:15:00Z</dcterms:created>
  <dcterms:modified xsi:type="dcterms:W3CDTF">2026-09-23T03:25:00Z</dcterms:modified>
  <cp:category/>
</cp:coreProperties>
</file>